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1D4E" w14:textId="77777777" w:rsidR="00E029A6" w:rsidRDefault="00000000">
      <w:pPr>
        <w:spacing w:before="80" w:after="80" w:line="240" w:lineRule="auto"/>
        <w:jc w:val="center"/>
      </w:pPr>
      <w:r>
        <w:rPr>
          <w:noProof/>
        </w:rPr>
        <w:drawing>
          <wp:inline distT="0" distB="0" distL="0" distR="0" wp14:anchorId="5C76D150" wp14:editId="5548E4A5">
            <wp:extent cx="5074920" cy="7866126"/>
            <wp:effectExtent l="0" t="0" r="0" b="0"/>
            <wp:docPr id="755390761" name="Picture 75539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_regulamento_bastia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786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C2F7F" w14:textId="77777777" w:rsidR="00E72C2D" w:rsidRPr="003F6EE4" w:rsidRDefault="00000000" w:rsidP="003F6EE4">
      <w:pPr>
        <w:spacing w:after="0" w:line="20" w:lineRule="exact"/>
        <w:jc w:val="center"/>
        <w:rPr>
          <w:b/>
          <w:bCs/>
          <w:lang w:val="pt-BR"/>
        </w:rPr>
      </w:pPr>
      <w:r w:rsidRPr="003F6EE4">
        <w:rPr>
          <w:b/>
          <w:bCs/>
          <w:vanish/>
          <w:sz w:val="2"/>
          <w:lang w:val="pt-BR"/>
        </w:rPr>
        <w:t>REGULAMENTO GERAL OFICIAL</w:t>
      </w:r>
      <w:r>
        <w:br w:type="page"/>
      </w:r>
    </w:p>
    <w:p w14:paraId="0DA70636" w14:textId="77777777" w:rsidR="00E72C2D" w:rsidRPr="003F6EE4" w:rsidRDefault="00000000" w:rsidP="003F6EE4">
      <w:pPr>
        <w:spacing w:after="0" w:line="20" w:lineRule="exact"/>
        <w:jc w:val="center"/>
        <w:rPr>
          <w:b/>
          <w:bCs/>
          <w:lang w:val="pt-BR"/>
        </w:rPr>
      </w:pPr>
      <w:r w:rsidRPr="003F6EE4">
        <w:rPr>
          <w:b/>
          <w:bCs/>
          <w:vanish/>
          <w:sz w:val="2"/>
          <w:lang w:val="pt-BR"/>
        </w:rPr>
        <w:lastRenderedPageBreak/>
        <w:t xml:space="preserve">BASTIÃO RUN </w:t>
      </w:r>
      <w:r w:rsidR="00161A7D" w:rsidRPr="003F6EE4">
        <w:rPr>
          <w:b/>
          <w:bCs/>
          <w:vanish/>
          <w:sz w:val="2"/>
          <w:lang w:val="pt-BR"/>
        </w:rPr>
        <w:t xml:space="preserve">AMANHECER </w:t>
      </w:r>
      <w:r w:rsidRPr="003F6EE4">
        <w:rPr>
          <w:b/>
          <w:bCs/>
          <w:vanish/>
          <w:sz w:val="2"/>
          <w:lang w:val="pt-BR"/>
        </w:rPr>
        <w:t xml:space="preserve">2026 – II EDIÇÃO </w:t>
      </w:r>
    </w:p>
    <w:p w14:paraId="5BA60EBF" w14:textId="77777777" w:rsidR="00E72C2D" w:rsidRPr="00392D34" w:rsidRDefault="00000000" w:rsidP="003F6EE4">
      <w:pPr>
        <w:spacing w:after="0" w:line="20" w:lineRule="exact"/>
        <w:jc w:val="center"/>
        <w:rPr>
          <w:lang w:val="pt-BR"/>
        </w:rPr>
      </w:pPr>
      <w:r w:rsidRPr="00392D34">
        <w:rPr>
          <w:vanish/>
          <w:sz w:val="2"/>
          <w:lang w:val="pt-BR"/>
        </w:rPr>
        <w:t>São Sebastião do Passé/BA, 2026</w:t>
      </w:r>
    </w:p>
    <w:p w14:paraId="0C909A05" w14:textId="77777777" w:rsidR="00E72C2D" w:rsidRPr="00392D34" w:rsidRDefault="00000000" w:rsidP="003F6EE4">
      <w:pPr>
        <w:spacing w:after="0" w:line="20" w:lineRule="exact"/>
        <w:jc w:val="center"/>
        <w:rPr>
          <w:lang w:val="pt-BR"/>
        </w:rPr>
      </w:pPr>
      <w:r w:rsidRPr="00392D34">
        <w:rPr>
          <w:vanish/>
          <w:sz w:val="2"/>
          <w:lang w:val="pt-BR"/>
        </w:rPr>
        <w:t>ORGANIZAÇÃO: BASTIÃO RUN</w:t>
      </w:r>
    </w:p>
    <w:p w14:paraId="2271631F" w14:textId="77777777" w:rsidR="007A75DF" w:rsidRPr="00392D34" w:rsidRDefault="007A75DF" w:rsidP="007A75DF">
      <w:pPr>
        <w:spacing w:after="0" w:line="20" w:lineRule="exact"/>
        <w:jc w:val="center"/>
        <w:rPr>
          <w:lang w:val="pt-BR"/>
        </w:rPr>
      </w:pPr>
    </w:p>
    <w:p w14:paraId="72F463AA" w14:textId="77777777" w:rsidR="00E72C2D" w:rsidRPr="00392D34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392D34">
        <w:rPr>
          <w:b/>
          <w:bCs/>
          <w:color w:val="FFFFFF"/>
          <w:lang w:val="pt-BR"/>
        </w:rPr>
        <w:t>CAPÍTULO I – DO EVENTO, FINALIDADE E CARACTERÍSTICAS</w:t>
      </w:r>
    </w:p>
    <w:p w14:paraId="24A074EF" w14:textId="77777777" w:rsidR="00E72C2D" w:rsidRPr="00392D34" w:rsidRDefault="00000000" w:rsidP="00F76CC8">
      <w:pPr>
        <w:jc w:val="both"/>
        <w:rPr>
          <w:lang w:val="pt-BR"/>
        </w:rPr>
      </w:pPr>
      <w:r w:rsidRPr="00392D34">
        <w:rPr>
          <w:lang w:val="pt-BR"/>
        </w:rPr>
        <w:t xml:space="preserve">Art.  1º A Corrida </w:t>
      </w:r>
      <w:r w:rsidR="00F76CC8" w:rsidRPr="00392D34">
        <w:rPr>
          <w:lang w:val="pt-BR"/>
        </w:rPr>
        <w:t xml:space="preserve">BASTIÃO RUN AMANHECER 2026 – II EDIÇÃO </w:t>
      </w:r>
      <w:r w:rsidRPr="00392D34">
        <w:rPr>
          <w:lang w:val="pt-BR"/>
        </w:rPr>
        <w:t xml:space="preserve">será realizada no dia </w:t>
      </w:r>
      <w:r w:rsidR="007A75DF" w:rsidRPr="00392D34">
        <w:rPr>
          <w:lang w:val="pt-BR"/>
        </w:rPr>
        <w:t>11</w:t>
      </w:r>
      <w:r w:rsidRPr="00392D34">
        <w:rPr>
          <w:lang w:val="pt-BR"/>
        </w:rPr>
        <w:t xml:space="preserve"> de </w:t>
      </w:r>
      <w:r w:rsidR="007A75DF" w:rsidRPr="00392D34">
        <w:rPr>
          <w:lang w:val="pt-BR"/>
        </w:rPr>
        <w:t>outubro</w:t>
      </w:r>
      <w:r w:rsidRPr="00392D34">
        <w:rPr>
          <w:lang w:val="pt-BR"/>
        </w:rPr>
        <w:t xml:space="preserve"> de 2026, na cidade de</w:t>
      </w:r>
      <w:r w:rsidR="007A75DF" w:rsidRPr="00392D34">
        <w:rPr>
          <w:lang w:val="pt-BR"/>
        </w:rPr>
        <w:t xml:space="preserve"> </w:t>
      </w:r>
      <w:r w:rsidRPr="00392D34">
        <w:rPr>
          <w:lang w:val="pt-BR"/>
        </w:rPr>
        <w:t>São Sebastião do Passé</w:t>
      </w:r>
      <w:r w:rsidR="00F76CC8">
        <w:rPr>
          <w:lang w:val="pt-BR"/>
        </w:rPr>
        <w:t xml:space="preserve"> - </w:t>
      </w:r>
      <w:r w:rsidRPr="00392D34">
        <w:rPr>
          <w:lang w:val="pt-BR"/>
        </w:rPr>
        <w:t>BA, com provas nas distâncias de 5 km e 10 km, além de categoria PCD,</w:t>
      </w:r>
      <w:r w:rsidR="007A75DF" w:rsidRPr="00392D34">
        <w:rPr>
          <w:lang w:val="pt-BR"/>
        </w:rPr>
        <w:t xml:space="preserve"> </w:t>
      </w:r>
      <w:r w:rsidR="00F76CC8">
        <w:rPr>
          <w:lang w:val="pt-BR"/>
        </w:rPr>
        <w:t>com largada prevista às 6</w:t>
      </w:r>
      <w:r w:rsidR="00491A73">
        <w:rPr>
          <w:lang w:val="pt-BR"/>
        </w:rPr>
        <w:t>h</w:t>
      </w:r>
      <w:r w:rsidR="00F76CC8">
        <w:rPr>
          <w:lang w:val="pt-BR"/>
        </w:rPr>
        <w:t xml:space="preserve">40, podendo haver atraso de no máximo 20 minutos, </w:t>
      </w:r>
      <w:r w:rsidRPr="00392D34">
        <w:rPr>
          <w:lang w:val="pt-BR"/>
        </w:rPr>
        <w:t>observadas as disposições deste Regulamento.</w:t>
      </w:r>
    </w:p>
    <w:p w14:paraId="3AB2B82F" w14:textId="77777777" w:rsidR="00E72C2D" w:rsidRPr="00392D34" w:rsidRDefault="00000000">
      <w:pPr>
        <w:keepNext/>
        <w:spacing w:before="80"/>
        <w:rPr>
          <w:lang w:val="pt-BR"/>
        </w:rPr>
      </w:pPr>
      <w:r w:rsidRPr="00392D34">
        <w:rPr>
          <w:b/>
          <w:color w:val="061B43"/>
          <w:lang w:val="pt-BR"/>
        </w:rPr>
        <w:t>Art. 2º O evento tem por finalidades:</w:t>
      </w:r>
    </w:p>
    <w:p w14:paraId="7550C839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I – Incentivar a prática esportiva e hábitos saudáveis;</w:t>
      </w:r>
    </w:p>
    <w:p w14:paraId="371E3B27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II – Promover integração social e qualidade de vida;</w:t>
      </w:r>
    </w:p>
    <w:p w14:paraId="1DD0182B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III – Fortalecer o esporte local e regional;</w:t>
      </w:r>
    </w:p>
    <w:p w14:paraId="533BEAA8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 xml:space="preserve">IV – Ampliar a presença e o reconhecimento da marca </w:t>
      </w:r>
      <w:r w:rsidRPr="00392D34">
        <w:rPr>
          <w:b/>
          <w:bCs/>
          <w:lang w:val="pt-BR"/>
        </w:rPr>
        <w:t>BASTIÃO RUN</w:t>
      </w:r>
      <w:r w:rsidRPr="00392D34">
        <w:rPr>
          <w:lang w:val="pt-BR"/>
        </w:rPr>
        <w:t xml:space="preserve"> como apoiadora de</w:t>
      </w:r>
      <w:r w:rsidR="007A75DF" w:rsidRPr="00392D34">
        <w:rPr>
          <w:lang w:val="pt-BR"/>
        </w:rPr>
        <w:t xml:space="preserve"> </w:t>
      </w:r>
      <w:r w:rsidRPr="00392D34">
        <w:rPr>
          <w:lang w:val="pt-BR"/>
        </w:rPr>
        <w:t>iniciativas esportivas e comunitárias.</w:t>
      </w:r>
    </w:p>
    <w:p w14:paraId="3CA62259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 xml:space="preserve">V - </w:t>
      </w:r>
      <w:r w:rsidR="00223271" w:rsidRPr="00223271">
        <w:rPr>
          <w:lang w:val="pt-BR"/>
        </w:rPr>
        <w:t>A prova possui caráter competitivo e recreativo, utilizando sistema eletrônico de cronometragem para fins de classificação e premiação, não possuindo homologação oficial de recordes pela CBAt ou por federação de atletismo</w:t>
      </w:r>
      <w:r w:rsidRPr="00392D34">
        <w:rPr>
          <w:lang w:val="pt-BR"/>
        </w:rPr>
        <w:t>.</w:t>
      </w:r>
    </w:p>
    <w:p w14:paraId="4C8078B6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Art. 3º A participação no evento implica aceitação total e irrestrita deste Regulamento,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constituindo-se em contrato de adesão, nos termos do Código de Defesa do Consumidor.</w:t>
      </w:r>
    </w:p>
    <w:p w14:paraId="77A3C9C9" w14:textId="77777777" w:rsidR="00E72C2D" w:rsidRPr="00392D34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392D34">
        <w:rPr>
          <w:b/>
          <w:bCs/>
          <w:color w:val="FFFFFF"/>
          <w:lang w:val="pt-BR"/>
        </w:rPr>
        <w:t>CAPÍTULO II – DA ORGANIZAÇÃO, COMPETÊNCIAS E COMUNICAÇÃO OFICIAL</w:t>
      </w:r>
    </w:p>
    <w:p w14:paraId="618124E5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 xml:space="preserve">Art. 4º A organização do evento é de responsabilidade da </w:t>
      </w:r>
      <w:r w:rsidR="00392D34" w:rsidRPr="00392D34">
        <w:rPr>
          <w:b/>
          <w:bCs/>
          <w:lang w:val="pt-BR"/>
        </w:rPr>
        <w:t>BASTIÃO RUN</w:t>
      </w:r>
      <w:r w:rsidRPr="00392D34">
        <w:rPr>
          <w:lang w:val="pt-BR"/>
        </w:rPr>
        <w:t>, doravante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denominada ORGANIZAÇÃO, a quem compete coordenar, planejar, executar e fiscalizar todos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os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aspectos técnicos e operacionais da corrida.</w:t>
      </w:r>
    </w:p>
    <w:p w14:paraId="32714F37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Art. 5º A ORGANIZAÇÃO poderá, por motivo de segurança, força maior, caso fortuito,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recomendação técnica, exigência de órgãos públicos ou condições climáticas adversas, alterar:</w:t>
      </w:r>
    </w:p>
    <w:p w14:paraId="3FF8CBA5" w14:textId="77777777" w:rsidR="00E72C2D" w:rsidRPr="00392D34" w:rsidRDefault="00000000" w:rsidP="00392D34">
      <w:pPr>
        <w:rPr>
          <w:lang w:val="pt-BR"/>
        </w:rPr>
      </w:pPr>
      <w:r w:rsidRPr="00392D34">
        <w:rPr>
          <w:lang w:val="pt-BR"/>
        </w:rPr>
        <w:t>I – Horários;</w:t>
      </w:r>
    </w:p>
    <w:p w14:paraId="46A94A8A" w14:textId="77777777" w:rsidR="00E72C2D" w:rsidRPr="00392D34" w:rsidRDefault="00000000" w:rsidP="00392D34">
      <w:pPr>
        <w:rPr>
          <w:lang w:val="pt-BR"/>
        </w:rPr>
      </w:pPr>
      <w:r w:rsidRPr="00392D34">
        <w:rPr>
          <w:lang w:val="pt-BR"/>
        </w:rPr>
        <w:t>II – Local de largada e chegada;</w:t>
      </w:r>
    </w:p>
    <w:p w14:paraId="679D628D" w14:textId="77777777" w:rsidR="00E72C2D" w:rsidRPr="00392D34" w:rsidRDefault="00000000" w:rsidP="00392D34">
      <w:pPr>
        <w:rPr>
          <w:lang w:val="pt-BR"/>
        </w:rPr>
      </w:pPr>
      <w:r w:rsidRPr="00392D34">
        <w:rPr>
          <w:lang w:val="pt-BR"/>
        </w:rPr>
        <w:t>III – Traçado do percurso;</w:t>
      </w:r>
    </w:p>
    <w:p w14:paraId="1BDAB3EF" w14:textId="77777777" w:rsidR="00E72C2D" w:rsidRPr="00392D34" w:rsidRDefault="00000000" w:rsidP="00392D34">
      <w:pPr>
        <w:rPr>
          <w:lang w:val="pt-BR"/>
        </w:rPr>
      </w:pPr>
      <w:r w:rsidRPr="00392D34">
        <w:rPr>
          <w:lang w:val="pt-BR"/>
        </w:rPr>
        <w:t>IV – Programação do evento;</w:t>
      </w:r>
    </w:p>
    <w:p w14:paraId="3035A334" w14:textId="77777777" w:rsidR="00E72C2D" w:rsidRPr="00392D34" w:rsidRDefault="00000000" w:rsidP="00392D34">
      <w:pPr>
        <w:rPr>
          <w:lang w:val="pt-BR"/>
        </w:rPr>
      </w:pPr>
      <w:r w:rsidRPr="00392D34">
        <w:rPr>
          <w:lang w:val="pt-BR"/>
        </w:rPr>
        <w:t>V – Procedimentos operacionais.</w:t>
      </w:r>
    </w:p>
    <w:p w14:paraId="14C2D164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b/>
          <w:bCs/>
          <w:lang w:val="pt-BR"/>
        </w:rPr>
        <w:t>Parágrafo único</w:t>
      </w:r>
      <w:r w:rsidRPr="00392D34">
        <w:rPr>
          <w:lang w:val="pt-BR"/>
        </w:rPr>
        <w:t>. Havendo alterações, a ORGANIZAÇÃO comunicará nos canais oficiais com a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maior antecedência possível, não sendo devida indenização por mudanças necessárias à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segurança e à boa execução do evento.</w:t>
      </w:r>
    </w:p>
    <w:p w14:paraId="10E7B875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Art. 6º Consideram-se canais oficiais do evento: página de inscrição, regulamento publicado,</w:t>
      </w:r>
      <w:r w:rsidR="00392D34" w:rsidRPr="00392D34">
        <w:rPr>
          <w:lang w:val="pt-BR"/>
        </w:rPr>
        <w:t xml:space="preserve"> </w:t>
      </w:r>
      <w:r w:rsidRPr="00392D34">
        <w:rPr>
          <w:lang w:val="pt-BR"/>
        </w:rPr>
        <w:t>redes sociais oficiais e comunicados oficiais divulgados pela ORGANIZAÇÃO.</w:t>
      </w:r>
    </w:p>
    <w:p w14:paraId="249C0CCA" w14:textId="77777777" w:rsidR="00E72C2D" w:rsidRPr="00392D34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392D34">
        <w:rPr>
          <w:b/>
          <w:bCs/>
          <w:color w:val="FFFFFF"/>
          <w:lang w:val="pt-BR"/>
        </w:rPr>
        <w:t>CAPÍTULO III – DAS CONDIÇÕES DE PARTICIPAÇÃO</w:t>
      </w:r>
    </w:p>
    <w:p w14:paraId="11A36246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Art. 7º Poderão participar da prova</w:t>
      </w:r>
      <w:r w:rsidR="00392D34">
        <w:rPr>
          <w:lang w:val="pt-BR"/>
        </w:rPr>
        <w:t xml:space="preserve"> </w:t>
      </w:r>
      <w:r w:rsidRPr="00392D34">
        <w:rPr>
          <w:lang w:val="pt-BR"/>
        </w:rPr>
        <w:t>atletas de ambos os sexos, regularmente inscritos e em</w:t>
      </w:r>
      <w:r w:rsidR="00392D34">
        <w:rPr>
          <w:lang w:val="pt-BR"/>
        </w:rPr>
        <w:t xml:space="preserve"> </w:t>
      </w:r>
      <w:r w:rsidRPr="00392D34">
        <w:rPr>
          <w:lang w:val="pt-BR"/>
        </w:rPr>
        <w:t>conformidade com este regulamento.</w:t>
      </w:r>
    </w:p>
    <w:p w14:paraId="43FDD672" w14:textId="77777777" w:rsidR="00E72C2D" w:rsidRPr="00392D34" w:rsidRDefault="00000000" w:rsidP="00392D34">
      <w:pPr>
        <w:jc w:val="both"/>
        <w:rPr>
          <w:lang w:val="pt-BR"/>
        </w:rPr>
      </w:pPr>
      <w:r w:rsidRPr="00392D34">
        <w:rPr>
          <w:lang w:val="pt-BR"/>
        </w:rPr>
        <w:t>Art. 8º A idade mínima para participação obedecerá às normas da Confederação Brasileira de</w:t>
      </w:r>
      <w:r w:rsidR="00392D34">
        <w:rPr>
          <w:lang w:val="pt-BR"/>
        </w:rPr>
        <w:t xml:space="preserve"> </w:t>
      </w:r>
      <w:r w:rsidRPr="00392D34">
        <w:rPr>
          <w:lang w:val="pt-BR"/>
        </w:rPr>
        <w:t>Atletismo – CBAt, sendo:</w:t>
      </w:r>
    </w:p>
    <w:p w14:paraId="7C18A409" w14:textId="77777777" w:rsidR="00E72C2D" w:rsidRPr="00392D34" w:rsidRDefault="00000000" w:rsidP="00DE098E">
      <w:pPr>
        <w:rPr>
          <w:lang w:val="pt-BR"/>
        </w:rPr>
      </w:pPr>
      <w:r w:rsidRPr="00392D34">
        <w:rPr>
          <w:lang w:val="pt-BR"/>
        </w:rPr>
        <w:t>I – 14 (quatorze) anos completos no ano da prova, para percursos até 5 km;</w:t>
      </w:r>
    </w:p>
    <w:p w14:paraId="5859D831" w14:textId="77777777" w:rsidR="00E72C2D" w:rsidRPr="00392D34" w:rsidRDefault="00000000" w:rsidP="00DE098E">
      <w:pPr>
        <w:rPr>
          <w:lang w:val="pt-BR"/>
        </w:rPr>
      </w:pPr>
      <w:r w:rsidRPr="00392D34">
        <w:rPr>
          <w:lang w:val="pt-BR"/>
        </w:rPr>
        <w:t>II – 16 (dezesseis) anos completos no ano da prova, para percursos até 10 km.</w:t>
      </w:r>
    </w:p>
    <w:p w14:paraId="09C7B170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>Art. 9º – ATLETAS MENORES DE IDADE</w:t>
      </w:r>
    </w:p>
    <w:p w14:paraId="4CEEBCCD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As inscrições de atletas menores de idade deverão ser realizadas por responsável legal.</w:t>
      </w:r>
    </w:p>
    <w:p w14:paraId="7DCDD744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§1º A retirada do kit do atleta menor somente poderá ser realizada por pessoa maior de 18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(dezoito) anos, mediante:</w:t>
      </w:r>
    </w:p>
    <w:p w14:paraId="5CC840E4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I – Assinatura de Termo de Responsabilidade;</w:t>
      </w:r>
    </w:p>
    <w:p w14:paraId="096E47F8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lastRenderedPageBreak/>
        <w:t>II – Apresentação de documento oficial de identificação do responsável;</w:t>
      </w:r>
    </w:p>
    <w:p w14:paraId="66CBA01A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III – Apresentação de cópia do documento de identidade ou certidão de nascimento do atleta, a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qual ficará retida pela organização.</w:t>
      </w:r>
    </w:p>
    <w:p w14:paraId="2CC9E954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§2º A ausência de qualquer documento exigido impedirá a retirada do kit e a participação do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atleta menor na prova, sem direito a reembolso.</w:t>
      </w:r>
    </w:p>
    <w:p w14:paraId="5908F3DC" w14:textId="77777777" w:rsidR="00E72C2D" w:rsidRPr="00392D34" w:rsidRDefault="00000000" w:rsidP="00DE098E">
      <w:pPr>
        <w:jc w:val="both"/>
        <w:rPr>
          <w:lang w:val="pt-BR"/>
        </w:rPr>
      </w:pPr>
      <w:r w:rsidRPr="00392D34">
        <w:rPr>
          <w:lang w:val="pt-BR"/>
        </w:rPr>
        <w:t>§3º O responsável legal declara que o atleta menor</w:t>
      </w:r>
      <w:r w:rsidR="00DE098E">
        <w:rPr>
          <w:lang w:val="pt-BR"/>
        </w:rPr>
        <w:t xml:space="preserve"> </w:t>
      </w:r>
      <w:r w:rsidR="00DE098E" w:rsidRPr="00392D34">
        <w:rPr>
          <w:lang w:val="pt-BR"/>
        </w:rPr>
        <w:t>se encontra</w:t>
      </w:r>
      <w:r w:rsidRPr="00392D34">
        <w:rPr>
          <w:lang w:val="pt-BR"/>
        </w:rPr>
        <w:t xml:space="preserve"> apto física e clinicamente para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participar do evento, assumindo total responsabilidade por sua participação.</w:t>
      </w:r>
    </w:p>
    <w:p w14:paraId="47802F8A" w14:textId="77777777" w:rsidR="00E72C2D" w:rsidRPr="00DE098E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DE098E">
        <w:rPr>
          <w:b/>
          <w:bCs/>
          <w:color w:val="FFFFFF"/>
          <w:lang w:val="pt-BR"/>
        </w:rPr>
        <w:t>CAPÍTULO IV – DAS INSCRIÇÕES, CONDIÇÕES E RESPONSABILIDADES</w:t>
      </w:r>
    </w:p>
    <w:p w14:paraId="1BAC9B33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Art. 10º As inscrições serão realizadas exclusivamente pela plataforma oficial de inscrições,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mediante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pagamento do valor correspondente ao lote vigente, até a data limite ou esgotamento de vagas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definido pela ORGANIZAÇÃO.</w:t>
      </w:r>
    </w:p>
    <w:p w14:paraId="47CAB3BE" w14:textId="77777777" w:rsidR="00E72C2D" w:rsidRPr="00392D34" w:rsidRDefault="00000000" w:rsidP="003C088F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>Art. 11º A inscrição é pessoal e intransferível.</w:t>
      </w:r>
    </w:p>
    <w:p w14:paraId="465E4D0D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Art. 12º Ao se inscrever, o atleta declara estar em plenas condições físicas para participar do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evento, assumindo total responsabilidade por sua participação.</w:t>
      </w:r>
    </w:p>
    <w:p w14:paraId="2ABEBB13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Art. 13º A ORGANIZAÇÃO poderá recusar ou cancelar inscrição em caso de fraude,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duplicidade, uso indevido, dados falsos, tentativa de burlar regras do evento, ou violação deste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Regulamento.</w:t>
      </w:r>
    </w:p>
    <w:p w14:paraId="721B8916" w14:textId="77777777" w:rsidR="00E72C2D" w:rsidRPr="00DE098E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DE098E">
        <w:rPr>
          <w:b/>
          <w:bCs/>
          <w:color w:val="FFFFFF"/>
          <w:lang w:val="pt-BR"/>
        </w:rPr>
        <w:t>CAPÍTULO V – DOS DESCONTOS LEGAIS (PCD E IDOSO)</w:t>
      </w:r>
    </w:p>
    <w:p w14:paraId="2567123F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ART. 14º – DOS DESCONTOS LEGAIS (PCD E IDOSO)</w:t>
      </w:r>
    </w:p>
    <w:p w14:paraId="7E33BB19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 xml:space="preserve">Em cumprimento à legislação vigente, a Corrida </w:t>
      </w:r>
      <w:r w:rsidR="00DE098E">
        <w:rPr>
          <w:lang w:val="pt-BR"/>
        </w:rPr>
        <w:t xml:space="preserve">BASTIÃO RUN AMANHECER – II EDIÇÃO </w:t>
      </w:r>
      <w:r w:rsidRPr="00392D34">
        <w:rPr>
          <w:lang w:val="pt-BR"/>
        </w:rPr>
        <w:t>2026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concederá descontos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obrigatórios nas inscrições, conforme segue:</w:t>
      </w:r>
    </w:p>
    <w:p w14:paraId="219DA179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I – Pessoas com Deficiência (PCD)</w:t>
      </w:r>
    </w:p>
    <w:p w14:paraId="37486E4F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As inscrições destinadas a Pessoas com Deficiência (PCD) terão DESCONTO DE 50%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(cinquenta por cento), nos termos da Lei nº 13.146/2015 – Estatuto da Pessoa com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>Deficiência,</w:t>
      </w:r>
      <w:r w:rsidR="00DE098E">
        <w:rPr>
          <w:lang w:val="pt-BR"/>
        </w:rPr>
        <w:t xml:space="preserve"> </w:t>
      </w:r>
      <w:r w:rsidRPr="00392D34">
        <w:rPr>
          <w:lang w:val="pt-BR"/>
        </w:rPr>
        <w:t xml:space="preserve">aplicado sobre o </w:t>
      </w:r>
      <w:r w:rsidR="00DE098E" w:rsidRPr="00392D34">
        <w:rPr>
          <w:lang w:val="pt-BR"/>
        </w:rPr>
        <w:t xml:space="preserve">valor base </w:t>
      </w:r>
      <w:r w:rsidRPr="00392D34">
        <w:rPr>
          <w:lang w:val="pt-BR"/>
        </w:rPr>
        <w:t xml:space="preserve">da inscrição, fixado em </w:t>
      </w:r>
      <w:r w:rsidRPr="003C088F">
        <w:rPr>
          <w:b/>
          <w:bCs/>
          <w:lang w:val="pt-BR"/>
        </w:rPr>
        <w:t>R$ 1</w:t>
      </w:r>
      <w:r w:rsidR="00DE098E" w:rsidRPr="003C088F">
        <w:rPr>
          <w:b/>
          <w:bCs/>
          <w:lang w:val="pt-BR"/>
        </w:rPr>
        <w:t>40</w:t>
      </w:r>
      <w:r w:rsidRPr="003C088F">
        <w:rPr>
          <w:b/>
          <w:bCs/>
          <w:lang w:val="pt-BR"/>
        </w:rPr>
        <w:t>,</w:t>
      </w:r>
      <w:r w:rsidR="003C088F" w:rsidRPr="003C088F">
        <w:rPr>
          <w:b/>
          <w:bCs/>
          <w:lang w:val="pt-BR"/>
        </w:rPr>
        <w:t>9</w:t>
      </w:r>
      <w:r w:rsidR="00DE098E" w:rsidRPr="003C088F">
        <w:rPr>
          <w:b/>
          <w:bCs/>
          <w:lang w:val="pt-BR"/>
        </w:rPr>
        <w:t>0</w:t>
      </w:r>
      <w:r w:rsidRPr="003C088F">
        <w:rPr>
          <w:b/>
          <w:bCs/>
          <w:lang w:val="pt-BR"/>
        </w:rPr>
        <w:t xml:space="preserve"> (cento e</w:t>
      </w:r>
      <w:r w:rsidR="00DE098E" w:rsidRPr="003C088F">
        <w:rPr>
          <w:b/>
          <w:bCs/>
          <w:lang w:val="pt-BR"/>
        </w:rPr>
        <w:t xml:space="preserve"> quarenta </w:t>
      </w:r>
      <w:r w:rsidRPr="003C088F">
        <w:rPr>
          <w:b/>
          <w:bCs/>
          <w:lang w:val="pt-BR"/>
        </w:rPr>
        <w:t>reais</w:t>
      </w:r>
      <w:r w:rsidR="003C088F" w:rsidRPr="003C088F">
        <w:rPr>
          <w:b/>
          <w:bCs/>
          <w:lang w:val="pt-BR"/>
        </w:rPr>
        <w:t xml:space="preserve"> e noventa centavos</w:t>
      </w:r>
      <w:r w:rsidRPr="003C088F">
        <w:rPr>
          <w:b/>
          <w:bCs/>
          <w:lang w:val="pt-BR"/>
        </w:rPr>
        <w:t>)</w:t>
      </w:r>
      <w:r w:rsidRPr="00392D34">
        <w:rPr>
          <w:lang w:val="pt-BR"/>
        </w:rPr>
        <w:t>.</w:t>
      </w:r>
    </w:p>
    <w:p w14:paraId="70BC8DE2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II – Atletas Idosos</w:t>
      </w:r>
    </w:p>
    <w:p w14:paraId="0C9C185B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O atleta amador com idade igual ou superior a 60 (sessenta) anos terá direito a DESCONTO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DE  50% (cinquenta por cento), nos termos da Lei nº 10.741/2003 – Estatuto do Idoso,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aplicado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 xml:space="preserve">sobre o </w:t>
      </w:r>
      <w:r w:rsidR="003C088F" w:rsidRPr="00392D34">
        <w:rPr>
          <w:lang w:val="pt-BR"/>
        </w:rPr>
        <w:t xml:space="preserve">valor base </w:t>
      </w:r>
      <w:r w:rsidRPr="00392D34">
        <w:rPr>
          <w:lang w:val="pt-BR"/>
        </w:rPr>
        <w:t xml:space="preserve">da inscrição, fixado em </w:t>
      </w:r>
      <w:r w:rsidRPr="003C088F">
        <w:rPr>
          <w:b/>
          <w:bCs/>
          <w:lang w:val="pt-BR"/>
        </w:rPr>
        <w:t>R$ 1</w:t>
      </w:r>
      <w:r w:rsidR="003C088F" w:rsidRPr="003C088F">
        <w:rPr>
          <w:b/>
          <w:bCs/>
          <w:lang w:val="pt-BR"/>
        </w:rPr>
        <w:t>40</w:t>
      </w:r>
      <w:r w:rsidRPr="003C088F">
        <w:rPr>
          <w:b/>
          <w:bCs/>
          <w:lang w:val="pt-BR"/>
        </w:rPr>
        <w:t>,90 (cento e</w:t>
      </w:r>
      <w:r w:rsidR="003C088F" w:rsidRPr="003C088F">
        <w:rPr>
          <w:b/>
          <w:bCs/>
          <w:lang w:val="pt-BR"/>
        </w:rPr>
        <w:t xml:space="preserve"> quarenta reais e </w:t>
      </w:r>
      <w:r w:rsidRPr="003C088F">
        <w:rPr>
          <w:b/>
          <w:bCs/>
          <w:lang w:val="pt-BR"/>
        </w:rPr>
        <w:t>noventa centavos)</w:t>
      </w:r>
      <w:r w:rsidRPr="00392D34">
        <w:rPr>
          <w:lang w:val="pt-BR"/>
        </w:rPr>
        <w:t>.</w:t>
      </w:r>
    </w:p>
    <w:p w14:paraId="5B5F1B45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§1º – Da Limitação de Vagas</w:t>
      </w:r>
    </w:p>
    <w:p w14:paraId="6AA61974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Os descontos previstos neste artigo estarão limitados à reserva técnica de vagas definida pela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ORGANIZAÇÃO, conforme disponibilidade e critérios operacionais previamente estabelecidos.</w:t>
      </w:r>
    </w:p>
    <w:p w14:paraId="012B6CDB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§2º – Da Comprovação</w:t>
      </w:r>
    </w:p>
    <w:p w14:paraId="79FBCEBE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Para usufruir do desconto:</w:t>
      </w:r>
    </w:p>
    <w:p w14:paraId="4C375047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I – O atleta PCD deverá apresentar documentação comprobatória válida, conforme critérios da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ORGANIZAÇÃO e legislação aplicável;</w:t>
      </w:r>
    </w:p>
    <w:p w14:paraId="010F7F8D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II – O atleta idoso deverá comprovar idade mínima exigida mediante documento oficial com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foto.</w:t>
      </w:r>
    </w:p>
    <w:p w14:paraId="4A9CE9D6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§3º – Do Valor Base</w:t>
      </w:r>
    </w:p>
    <w:p w14:paraId="00C397A1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Para fins exclusivos de aplicação dos descontos legais previstos neste artigo, considera-se</w:t>
      </w:r>
      <w:r w:rsidR="003C088F">
        <w:rPr>
          <w:lang w:val="pt-BR"/>
        </w:rPr>
        <w:t xml:space="preserve"> </w:t>
      </w:r>
      <w:r w:rsidR="003C088F" w:rsidRPr="00392D34">
        <w:rPr>
          <w:lang w:val="pt-BR"/>
        </w:rPr>
        <w:t xml:space="preserve">valor base </w:t>
      </w:r>
      <w:r w:rsidRPr="00392D34">
        <w:rPr>
          <w:lang w:val="pt-BR"/>
        </w:rPr>
        <w:t xml:space="preserve">da inscrição o montante de </w:t>
      </w:r>
      <w:r w:rsidR="003C088F" w:rsidRPr="00392D34">
        <w:rPr>
          <w:lang w:val="pt-BR"/>
        </w:rPr>
        <w:t xml:space="preserve">valor base </w:t>
      </w:r>
      <w:r w:rsidRPr="00392D34">
        <w:rPr>
          <w:lang w:val="pt-BR"/>
        </w:rPr>
        <w:t>definido pela organização,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independentemente de variações de lotes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promocionais, cupons ou condições especiais.</w:t>
      </w:r>
    </w:p>
    <w:p w14:paraId="6A9CB51B" w14:textId="77777777" w:rsidR="00E72C2D" w:rsidRPr="00392D34" w:rsidRDefault="00000000" w:rsidP="003C088F">
      <w:pPr>
        <w:rPr>
          <w:lang w:val="pt-BR"/>
        </w:rPr>
      </w:pPr>
      <w:r w:rsidRPr="00392D34">
        <w:rPr>
          <w:lang w:val="pt-BR"/>
        </w:rPr>
        <w:t>§4º – Da Intransferibilidade</w:t>
      </w:r>
    </w:p>
    <w:p w14:paraId="18DCC0CD" w14:textId="77777777" w:rsidR="00E72C2D" w:rsidRPr="00392D34" w:rsidRDefault="00000000" w:rsidP="003C088F">
      <w:pPr>
        <w:jc w:val="both"/>
        <w:rPr>
          <w:lang w:val="pt-BR"/>
        </w:rPr>
      </w:pPr>
      <w:r w:rsidRPr="00392D34">
        <w:rPr>
          <w:lang w:val="pt-BR"/>
        </w:rPr>
        <w:t>Os descontos previstos neste artigo são pessoais e intransferíveis, sendo vedada a sua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utilização</w:t>
      </w:r>
      <w:r w:rsidR="003C088F">
        <w:rPr>
          <w:lang w:val="pt-BR"/>
        </w:rPr>
        <w:t xml:space="preserve"> </w:t>
      </w:r>
      <w:r w:rsidRPr="00392D34">
        <w:rPr>
          <w:lang w:val="pt-BR"/>
        </w:rPr>
        <w:t>por terceiros.</w:t>
      </w:r>
    </w:p>
    <w:p w14:paraId="67DD3E4E" w14:textId="77777777" w:rsidR="00E72C2D" w:rsidRPr="00392D34" w:rsidRDefault="00000000" w:rsidP="003C088F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lastRenderedPageBreak/>
        <w:t>Art. 15º – Do Desconto Legal para Pessoas com Deficiência (PCD)</w:t>
      </w:r>
    </w:p>
    <w:p w14:paraId="2DAC1B44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Em cumprimento à Lei nº 13.146/2015 – Estatuto da Pessoa com Deficiência, as inscrições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destinadas a Pessoas com Deficiência (PCD) terão DESCONTO DE 50% (cinquenta por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cento),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 xml:space="preserve">aplicado sobre o </w:t>
      </w:r>
      <w:r w:rsidR="007277E4" w:rsidRPr="00392D34">
        <w:rPr>
          <w:lang w:val="pt-BR"/>
        </w:rPr>
        <w:t xml:space="preserve">valor base </w:t>
      </w:r>
      <w:r w:rsidRPr="00392D34">
        <w:rPr>
          <w:lang w:val="pt-BR"/>
        </w:rPr>
        <w:t xml:space="preserve">da inscrição, fixado pela organização </w:t>
      </w:r>
      <w:r w:rsidR="007277E4">
        <w:rPr>
          <w:lang w:val="pt-BR"/>
        </w:rPr>
        <w:t xml:space="preserve">em </w:t>
      </w:r>
      <w:r w:rsidR="007277E4">
        <w:rPr>
          <w:b/>
          <w:bCs/>
          <w:lang w:val="pt-BR"/>
        </w:rPr>
        <w:t>R$ 140,90 (cento e quarenta reais e noventa centavos)</w:t>
      </w:r>
      <w:r w:rsidRPr="00392D34">
        <w:rPr>
          <w:lang w:val="pt-BR"/>
        </w:rPr>
        <w:t>).</w:t>
      </w:r>
    </w:p>
    <w:p w14:paraId="3E9ECCE1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§1º O desconto previsto neste artigo é pessoal e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exclusivamente ao atleta PCD devidamente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comprovado.</w:t>
      </w:r>
    </w:p>
    <w:p w14:paraId="6D26B106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§2º Para validação do desconto, o atleta PCD deverá enviar a documentação comprobatória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 xml:space="preserve">e/ou laudo médico para o </w:t>
      </w:r>
      <w:r w:rsidR="007277E4" w:rsidRPr="00392D34">
        <w:rPr>
          <w:lang w:val="pt-BR"/>
        </w:rPr>
        <w:t>E-MAIL</w:t>
      </w:r>
      <w:r w:rsidR="007277E4">
        <w:rPr>
          <w:lang w:val="pt-BR"/>
        </w:rPr>
        <w:t>:</w:t>
      </w:r>
      <w:r w:rsidRPr="00392D34">
        <w:rPr>
          <w:lang w:val="pt-BR"/>
        </w:rPr>
        <w:t xml:space="preserve"> </w:t>
      </w:r>
      <w:r w:rsidRPr="007277E4">
        <w:rPr>
          <w:b/>
          <w:bCs/>
          <w:lang w:val="pt-BR"/>
        </w:rPr>
        <w:t>bastiaonightrun@gmail.com</w:t>
      </w:r>
      <w:r w:rsidRPr="00392D34">
        <w:rPr>
          <w:lang w:val="pt-BR"/>
        </w:rPr>
        <w:t>, a fim de que o desconto seja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analisado e validado pela ORGANIZAÇÃO.</w:t>
      </w:r>
    </w:p>
    <w:p w14:paraId="0062127E" w14:textId="77777777" w:rsidR="007277E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§3º A documentação enviada deverá ser legível, atualizada e compatível com a condição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declarada, podendo a ORGANIZAÇÃO solicitar informações complementares, caso necessário.</w:t>
      </w:r>
      <w:r w:rsidR="007277E4">
        <w:rPr>
          <w:lang w:val="pt-BR"/>
        </w:rPr>
        <w:t xml:space="preserve"> </w:t>
      </w:r>
    </w:p>
    <w:p w14:paraId="4D6C210C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§4º Os descontos para atletas PCD estarão limitados à reserva técnica de vagas definida pela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ORGANIZAÇÃO, conforme critérios operacionais e disponibilidade.</w:t>
      </w:r>
    </w:p>
    <w:p w14:paraId="483CA8D2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§5º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Para fins exclusivos de aplicação do desconto legal previsto neste artigo, considera-se</w:t>
      </w:r>
      <w:r w:rsidR="007277E4">
        <w:rPr>
          <w:lang w:val="pt-BR"/>
        </w:rPr>
        <w:t xml:space="preserve"> </w:t>
      </w:r>
      <w:r w:rsidR="007277E4" w:rsidRPr="00392D34">
        <w:rPr>
          <w:lang w:val="pt-BR"/>
        </w:rPr>
        <w:t>valor</w:t>
      </w:r>
      <w:r w:rsidR="007277E4">
        <w:rPr>
          <w:lang w:val="pt-BR"/>
        </w:rPr>
        <w:t xml:space="preserve"> </w:t>
      </w:r>
      <w:r w:rsidR="007277E4" w:rsidRPr="00392D34">
        <w:rPr>
          <w:lang w:val="pt-BR"/>
        </w:rPr>
        <w:t xml:space="preserve">base </w:t>
      </w:r>
      <w:r w:rsidRPr="00392D34">
        <w:rPr>
          <w:lang w:val="pt-BR"/>
        </w:rPr>
        <w:t xml:space="preserve">da inscrição o montante definido pela </w:t>
      </w:r>
      <w:r w:rsidR="007277E4" w:rsidRPr="00392D34">
        <w:rPr>
          <w:lang w:val="pt-BR"/>
        </w:rPr>
        <w:t>ORGANIZAÇÃO</w:t>
      </w:r>
      <w:r w:rsidRPr="00392D34">
        <w:rPr>
          <w:lang w:val="pt-BR"/>
        </w:rPr>
        <w:t>, independentemente de variações de lotes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promocionais, cupons ou condições especiais.</w:t>
      </w:r>
      <w:r w:rsidR="007277E4">
        <w:rPr>
          <w:lang w:val="pt-BR"/>
        </w:rPr>
        <w:t xml:space="preserve"> </w:t>
      </w:r>
    </w:p>
    <w:p w14:paraId="5A2551E2" w14:textId="77777777" w:rsidR="00E72C2D" w:rsidRPr="007277E4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7277E4">
        <w:rPr>
          <w:b/>
          <w:bCs/>
          <w:color w:val="FFFFFF"/>
          <w:lang w:val="pt-BR"/>
        </w:rPr>
        <w:t>CAPÍTULO VI – REEMBOLSO E INSCRIÇÕES ONLINE</w:t>
      </w:r>
    </w:p>
    <w:p w14:paraId="64C343E2" w14:textId="77777777" w:rsidR="00E72C2D" w:rsidRPr="00392D34" w:rsidRDefault="00000000" w:rsidP="007277E4">
      <w:pPr>
        <w:jc w:val="both"/>
        <w:rPr>
          <w:lang w:val="pt-BR"/>
        </w:rPr>
      </w:pPr>
      <w:r w:rsidRPr="00392D34">
        <w:rPr>
          <w:lang w:val="pt-BR"/>
        </w:rPr>
        <w:t>Art. 16º O reembolso da inscrição será garantido exclusivamente até 7 (sete) dias corridos após</w:t>
      </w:r>
      <w:r w:rsidR="007277E4">
        <w:rPr>
          <w:lang w:val="pt-BR"/>
        </w:rPr>
        <w:t xml:space="preserve"> </w:t>
      </w:r>
      <w:r w:rsidRPr="00392D34">
        <w:rPr>
          <w:lang w:val="pt-BR"/>
        </w:rPr>
        <w:t>a data da compra, conforme o Código de Defesa do Consumidor.</w:t>
      </w:r>
    </w:p>
    <w:p w14:paraId="32102DD0" w14:textId="77777777" w:rsidR="00E72C2D" w:rsidRPr="00392D34" w:rsidRDefault="00000000" w:rsidP="007277E4">
      <w:pPr>
        <w:jc w:val="both"/>
        <w:rPr>
          <w:lang w:val="pt-BR"/>
        </w:rPr>
      </w:pPr>
      <w:r w:rsidRPr="007277E4">
        <w:rPr>
          <w:b/>
          <w:bCs/>
          <w:lang w:val="pt-BR"/>
        </w:rPr>
        <w:t>Parágrafo único</w:t>
      </w:r>
      <w:r w:rsidRPr="00392D34">
        <w:rPr>
          <w:lang w:val="pt-BR"/>
        </w:rPr>
        <w:t>. Dúvidas referentes às inscrições online deverão ser tratadas diretamente com:</w:t>
      </w:r>
    </w:p>
    <w:p w14:paraId="31BA4FF1" w14:textId="77777777" w:rsidR="00E72C2D" w:rsidRPr="00392D34" w:rsidRDefault="0001636C" w:rsidP="007277E4">
      <w:pPr>
        <w:rPr>
          <w:lang w:val="pt-BR"/>
        </w:rPr>
      </w:pPr>
      <w:r>
        <w:rPr>
          <w:lang w:val="pt-BR"/>
        </w:rPr>
        <w:t xml:space="preserve">Contato: </w:t>
      </w:r>
      <w:r w:rsidRPr="00CF40F1">
        <w:rPr>
          <w:b/>
          <w:bCs/>
          <w:lang w:val="pt-BR"/>
        </w:rPr>
        <w:t>www.centraldasinscricoes.com.br</w:t>
      </w:r>
    </w:p>
    <w:p w14:paraId="5399A00D" w14:textId="77777777" w:rsidR="00E72C2D" w:rsidRPr="00392D34" w:rsidRDefault="0001636C" w:rsidP="0001636C">
      <w:pPr>
        <w:rPr>
          <w:lang w:val="pt-BR"/>
        </w:rPr>
      </w:pPr>
      <w:r>
        <w:rPr>
          <w:lang w:val="pt-BR"/>
        </w:rPr>
        <w:t>Whatsapp</w:t>
      </w:r>
      <w:r w:rsidRPr="00392D34">
        <w:rPr>
          <w:lang w:val="pt-BR"/>
        </w:rPr>
        <w:t>: (</w:t>
      </w:r>
      <w:r>
        <w:rPr>
          <w:lang w:val="pt-BR"/>
        </w:rPr>
        <w:t>71</w:t>
      </w:r>
      <w:r w:rsidRPr="00392D34">
        <w:rPr>
          <w:lang w:val="pt-BR"/>
        </w:rPr>
        <w:t xml:space="preserve">) </w:t>
      </w:r>
      <w:r>
        <w:rPr>
          <w:lang w:val="pt-BR"/>
        </w:rPr>
        <w:t>9 9685</w:t>
      </w:r>
      <w:r w:rsidRPr="00392D34">
        <w:rPr>
          <w:lang w:val="pt-BR"/>
        </w:rPr>
        <w:t>-</w:t>
      </w:r>
      <w:r>
        <w:rPr>
          <w:lang w:val="pt-BR"/>
        </w:rPr>
        <w:t>4783.</w:t>
      </w:r>
    </w:p>
    <w:p w14:paraId="479DE1D9" w14:textId="77777777" w:rsidR="00E72C2D" w:rsidRPr="00392D34" w:rsidRDefault="00000000" w:rsidP="0001636C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>Art. 17º – TROCA DE TITULARIDADE</w:t>
      </w:r>
    </w:p>
    <w:p w14:paraId="0EEE147B" w14:textId="77777777" w:rsidR="00E72C2D" w:rsidRPr="00392D34" w:rsidRDefault="00000000" w:rsidP="0001636C">
      <w:pPr>
        <w:jc w:val="both"/>
        <w:rPr>
          <w:lang w:val="pt-BR"/>
        </w:rPr>
      </w:pPr>
      <w:r w:rsidRPr="00392D34">
        <w:rPr>
          <w:lang w:val="pt-BR"/>
        </w:rPr>
        <w:t xml:space="preserve">A troca de titularidade será permitida gratuitamente até o dia </w:t>
      </w:r>
      <w:r w:rsidR="0001636C">
        <w:rPr>
          <w:lang w:val="pt-BR"/>
        </w:rPr>
        <w:t>30/09</w:t>
      </w:r>
      <w:r w:rsidRPr="00392D34">
        <w:rPr>
          <w:lang w:val="pt-BR"/>
        </w:rPr>
        <w:t>/2026, mediante solicitação</w:t>
      </w:r>
      <w:r w:rsidR="0001636C">
        <w:rPr>
          <w:lang w:val="pt-BR"/>
        </w:rPr>
        <w:t xml:space="preserve"> </w:t>
      </w:r>
      <w:r w:rsidRPr="00392D34">
        <w:rPr>
          <w:lang w:val="pt-BR"/>
        </w:rPr>
        <w:t>realizada pelo atleta titular da inscrição através d</w:t>
      </w:r>
      <w:r w:rsidR="0001636C">
        <w:rPr>
          <w:lang w:val="pt-BR"/>
        </w:rPr>
        <w:t>o contato informado anteriormente</w:t>
      </w:r>
      <w:r w:rsidRPr="00392D34">
        <w:rPr>
          <w:lang w:val="pt-BR"/>
        </w:rPr>
        <w:t>.</w:t>
      </w:r>
    </w:p>
    <w:p w14:paraId="5E947392" w14:textId="77777777" w:rsidR="00E72C2D" w:rsidRPr="00392D34" w:rsidRDefault="00000000" w:rsidP="0001636C">
      <w:pPr>
        <w:rPr>
          <w:lang w:val="pt-BR"/>
        </w:rPr>
      </w:pPr>
      <w:r w:rsidRPr="00392D34">
        <w:rPr>
          <w:lang w:val="pt-BR"/>
        </w:rPr>
        <w:t xml:space="preserve">§1º Após o dia </w:t>
      </w:r>
      <w:r w:rsidR="0001636C">
        <w:rPr>
          <w:lang w:val="pt-BR"/>
        </w:rPr>
        <w:t>30/09</w:t>
      </w:r>
      <w:r w:rsidRPr="00392D34">
        <w:rPr>
          <w:lang w:val="pt-BR"/>
        </w:rPr>
        <w:t>/2026, não serão realizadas trocas.</w:t>
      </w:r>
    </w:p>
    <w:p w14:paraId="00228D6C" w14:textId="77777777" w:rsidR="00E72C2D" w:rsidRPr="00392D34" w:rsidRDefault="00000000" w:rsidP="0001636C">
      <w:pPr>
        <w:jc w:val="both"/>
        <w:rPr>
          <w:lang w:val="pt-BR"/>
        </w:rPr>
      </w:pPr>
      <w:r w:rsidRPr="00392D34">
        <w:rPr>
          <w:lang w:val="pt-BR"/>
        </w:rPr>
        <w:t>§2º É de responsabilidade do atleta inscrito fornecer corretamente os dados do novo</w:t>
      </w:r>
      <w:r w:rsidR="0001636C">
        <w:rPr>
          <w:lang w:val="pt-BR"/>
        </w:rPr>
        <w:t xml:space="preserve"> </w:t>
      </w:r>
      <w:r w:rsidRPr="00392D34">
        <w:rPr>
          <w:lang w:val="pt-BR"/>
        </w:rPr>
        <w:t>participante, não se responsabilizando a organização por</w:t>
      </w:r>
      <w:r w:rsidR="0001636C">
        <w:rPr>
          <w:lang w:val="pt-BR"/>
        </w:rPr>
        <w:t xml:space="preserve"> </w:t>
      </w:r>
      <w:r w:rsidRPr="00392D34">
        <w:rPr>
          <w:lang w:val="pt-BR"/>
        </w:rPr>
        <w:t>informações incorretas ou</w:t>
      </w:r>
      <w:r w:rsidR="0001636C">
        <w:rPr>
          <w:lang w:val="pt-BR"/>
        </w:rPr>
        <w:t xml:space="preserve"> </w:t>
      </w:r>
      <w:r w:rsidRPr="00392D34">
        <w:rPr>
          <w:lang w:val="pt-BR"/>
        </w:rPr>
        <w:t>incompletas.</w:t>
      </w:r>
    </w:p>
    <w:p w14:paraId="4898127E" w14:textId="77777777" w:rsidR="00E72C2D" w:rsidRPr="00392D34" w:rsidRDefault="00000000" w:rsidP="0001636C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>Art. 18º – TROCA DE MODALIDADE</w:t>
      </w:r>
    </w:p>
    <w:p w14:paraId="0D0A56B3" w14:textId="77777777" w:rsidR="00E72C2D" w:rsidRPr="00392D34" w:rsidRDefault="00000000" w:rsidP="00EC004A">
      <w:pPr>
        <w:jc w:val="both"/>
        <w:rPr>
          <w:lang w:val="pt-BR"/>
        </w:rPr>
      </w:pPr>
      <w:r w:rsidRPr="00392D34">
        <w:rPr>
          <w:lang w:val="pt-BR"/>
        </w:rPr>
        <w:t>A troca de modalidade (distância) poderá ser solicitada pelo atleta inscrito mediante pagamento</w:t>
      </w:r>
      <w:r w:rsidR="00EC004A">
        <w:rPr>
          <w:lang w:val="pt-BR"/>
        </w:rPr>
        <w:t xml:space="preserve"> </w:t>
      </w:r>
      <w:r w:rsidRPr="00392D34">
        <w:rPr>
          <w:lang w:val="pt-BR"/>
        </w:rPr>
        <w:t>de taxa administrativa no valor de R$ 20,00, condicionada à disponibilidade técnica e</w:t>
      </w:r>
      <w:r w:rsidR="00EC004A">
        <w:rPr>
          <w:lang w:val="pt-BR"/>
        </w:rPr>
        <w:t xml:space="preserve"> </w:t>
      </w:r>
      <w:r w:rsidRPr="00392D34">
        <w:rPr>
          <w:lang w:val="pt-BR"/>
        </w:rPr>
        <w:t>operacional do evento.</w:t>
      </w:r>
    </w:p>
    <w:p w14:paraId="60ACDA9B" w14:textId="77777777" w:rsidR="00E72C2D" w:rsidRPr="00392D34" w:rsidRDefault="00000000" w:rsidP="00EC004A">
      <w:pPr>
        <w:jc w:val="both"/>
        <w:rPr>
          <w:lang w:val="pt-BR"/>
        </w:rPr>
      </w:pPr>
      <w:r w:rsidRPr="00392D34">
        <w:rPr>
          <w:lang w:val="pt-BR"/>
        </w:rPr>
        <w:t>§1º Não serão realizadas trocas de tamanho de camisa após a confirmação da inscrição.</w:t>
      </w:r>
    </w:p>
    <w:p w14:paraId="624B5462" w14:textId="77777777" w:rsidR="00E72C2D" w:rsidRPr="00EC004A" w:rsidRDefault="00000000" w:rsidP="0001636C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EC004A">
        <w:rPr>
          <w:b/>
          <w:bCs/>
          <w:color w:val="FFFFFF"/>
          <w:lang w:val="pt-BR"/>
        </w:rPr>
        <w:t>CAPÍTULO VII – DO PERCURSO, LARGADA, CHEGADA E HORÁRIOS</w:t>
      </w:r>
    </w:p>
    <w:p w14:paraId="7EF118E7" w14:textId="77777777" w:rsidR="00E72C2D" w:rsidRPr="00392D34" w:rsidRDefault="00000000" w:rsidP="00EC004A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3000B6">
        <w:rPr>
          <w:lang w:val="pt-BR"/>
        </w:rPr>
        <w:t>19</w:t>
      </w:r>
      <w:r w:rsidRPr="00392D34">
        <w:rPr>
          <w:lang w:val="pt-BR"/>
        </w:rPr>
        <w:t>º A largada e a chegada ocorrerão n</w:t>
      </w:r>
      <w:r w:rsidR="00EC004A">
        <w:rPr>
          <w:lang w:val="pt-BR"/>
        </w:rPr>
        <w:t>a Praça 12 de outubro (em frente ao Banco Bradesco)</w:t>
      </w:r>
      <w:r w:rsidRPr="00392D34">
        <w:rPr>
          <w:lang w:val="pt-BR"/>
        </w:rPr>
        <w:t>,</w:t>
      </w:r>
      <w:r w:rsidR="00EC004A">
        <w:rPr>
          <w:lang w:val="pt-BR"/>
        </w:rPr>
        <w:t xml:space="preserve"> </w:t>
      </w:r>
      <w:r w:rsidRPr="00392D34">
        <w:rPr>
          <w:lang w:val="pt-BR"/>
        </w:rPr>
        <w:t xml:space="preserve">podendo haver variação de até </w:t>
      </w:r>
      <w:r w:rsidR="00EC004A">
        <w:rPr>
          <w:lang w:val="pt-BR"/>
        </w:rPr>
        <w:t>7</w:t>
      </w:r>
      <w:r w:rsidRPr="00392D34">
        <w:rPr>
          <w:lang w:val="pt-BR"/>
        </w:rPr>
        <w:t>00 (</w:t>
      </w:r>
      <w:r w:rsidR="00EC004A">
        <w:rPr>
          <w:lang w:val="pt-BR"/>
        </w:rPr>
        <w:t>setecentos</w:t>
      </w:r>
      <w:r w:rsidRPr="00392D34">
        <w:rPr>
          <w:lang w:val="pt-BR"/>
        </w:rPr>
        <w:t>) metros, conforme ajustes</w:t>
      </w:r>
      <w:r w:rsidR="00EC004A">
        <w:rPr>
          <w:lang w:val="pt-BR"/>
        </w:rPr>
        <w:t xml:space="preserve"> </w:t>
      </w:r>
      <w:r w:rsidRPr="00392D34">
        <w:rPr>
          <w:lang w:val="pt-BR"/>
        </w:rPr>
        <w:t>operacionais</w:t>
      </w:r>
      <w:r w:rsidR="00EC004A">
        <w:rPr>
          <w:lang w:val="pt-BR"/>
        </w:rPr>
        <w:t xml:space="preserve"> </w:t>
      </w:r>
      <w:r w:rsidRPr="00392D34">
        <w:rPr>
          <w:lang w:val="pt-BR"/>
        </w:rPr>
        <w:t>autorizados pelos órgãos competentes.</w:t>
      </w:r>
    </w:p>
    <w:p w14:paraId="025545F1" w14:textId="77777777" w:rsidR="00E72C2D" w:rsidRPr="00392D34" w:rsidRDefault="00000000" w:rsidP="0001636C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>Art. 2</w:t>
      </w:r>
      <w:r w:rsidR="003000B6">
        <w:rPr>
          <w:b/>
          <w:color w:val="061B43"/>
          <w:lang w:val="pt-BR"/>
        </w:rPr>
        <w:t>0</w:t>
      </w:r>
      <w:r w:rsidRPr="00392D34">
        <w:rPr>
          <w:b/>
          <w:color w:val="061B43"/>
          <w:lang w:val="pt-BR"/>
        </w:rPr>
        <w:t>º O mapa oficial do percurso será divulgado previamente nos canais oficiais do evento.</w:t>
      </w:r>
    </w:p>
    <w:p w14:paraId="1C68D0F2" w14:textId="77777777" w:rsidR="00E72C2D" w:rsidRPr="00392D34" w:rsidRDefault="00000000" w:rsidP="0001636C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>Art.2</w:t>
      </w:r>
      <w:r w:rsidR="003000B6">
        <w:rPr>
          <w:b/>
          <w:color w:val="061B43"/>
          <w:lang w:val="pt-BR"/>
        </w:rPr>
        <w:t>1</w:t>
      </w:r>
      <w:r w:rsidRPr="00392D34">
        <w:rPr>
          <w:b/>
          <w:color w:val="061B43"/>
          <w:lang w:val="pt-BR"/>
        </w:rPr>
        <w:t xml:space="preserve">º </w:t>
      </w:r>
      <w:r w:rsidR="00EC004A">
        <w:rPr>
          <w:b/>
          <w:color w:val="061B43"/>
          <w:lang w:val="pt-BR"/>
        </w:rPr>
        <w:t xml:space="preserve">É </w:t>
      </w:r>
      <w:r w:rsidRPr="00392D34">
        <w:rPr>
          <w:b/>
          <w:color w:val="061B43"/>
          <w:lang w:val="pt-BR"/>
        </w:rPr>
        <w:t>recomendado que os atletas cheguem com antecedência mínima de 60 minutos.</w:t>
      </w:r>
    </w:p>
    <w:p w14:paraId="7C2495B3" w14:textId="77777777" w:rsidR="00E72C2D" w:rsidRPr="00392D34" w:rsidRDefault="00000000" w:rsidP="00DD3E28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>Art. 2</w:t>
      </w:r>
      <w:r w:rsidR="003000B6">
        <w:rPr>
          <w:b/>
          <w:color w:val="061B43"/>
          <w:lang w:val="pt-BR"/>
        </w:rPr>
        <w:t>2</w:t>
      </w:r>
      <w:r w:rsidRPr="00392D34">
        <w:rPr>
          <w:b/>
          <w:color w:val="061B43"/>
          <w:lang w:val="pt-BR"/>
        </w:rPr>
        <w:t>º – DO TEMPO MÁXIMO DE PROVA, INÍCIO DA PREMIAÇÃO E CONTESTAÇÃO DE</w:t>
      </w:r>
      <w:r w:rsidR="00EC004A">
        <w:rPr>
          <w:b/>
          <w:color w:val="061B43"/>
          <w:lang w:val="pt-BR"/>
        </w:rPr>
        <w:t xml:space="preserve"> </w:t>
      </w:r>
      <w:r w:rsidRPr="00392D34">
        <w:rPr>
          <w:b/>
          <w:color w:val="061B43"/>
          <w:lang w:val="pt-BR"/>
        </w:rPr>
        <w:t>RESULTADOS</w:t>
      </w:r>
    </w:p>
    <w:p w14:paraId="228FF74E" w14:textId="77777777" w:rsidR="00E72C2D" w:rsidRPr="00392D34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t>O tempo máximo oficial para conclusão da prova será de 1 (uma) hora e 30 (trinta) minutos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– 1:30h, contado a partir da largada oficial.</w:t>
      </w:r>
    </w:p>
    <w:p w14:paraId="080F27CF" w14:textId="77777777" w:rsidR="00E72C2D" w:rsidRPr="00392D34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lastRenderedPageBreak/>
        <w:t>§1º Após o término do tempo máximo estabelecido no caput, a ORGANIZAÇÃO iniciará o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processo de premiação, com base no resultado divulgado pela empresa responsável pela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cronometragem esportiva.</w:t>
      </w:r>
    </w:p>
    <w:p w14:paraId="4876D3B7" w14:textId="77777777" w:rsidR="00E72C2D" w:rsidRPr="00392D34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t>§2º Será concedido o prazo de 20 (vinte) minutos, contados a partir da divulgação do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resultado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oficial pela empresa de cronometragem, para que os atletas eventualmente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interessados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apresentem contestação/solicitação de revisão do resultado.</w:t>
      </w:r>
    </w:p>
    <w:p w14:paraId="11A4F112" w14:textId="77777777" w:rsidR="00E72C2D" w:rsidRPr="00392D34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t>§3º Decorrido o prazo previsto no §2º, não serão aceitas contestações, salvo hipótese de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erro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material evidente, a critério técnico da ORGANIZAÇÃO e da empresa de cronometragem.</w:t>
      </w:r>
    </w:p>
    <w:p w14:paraId="7FC0EDFE" w14:textId="77777777" w:rsidR="00E72C2D" w:rsidRPr="00392D34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t>§4º As contestações deverão ser realizadas diretamente com a equipe indicada pela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ORGANIZAÇÃO no local do evento, obedecendo aos procedimentos e validações técnicas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aplicáveis.</w:t>
      </w:r>
    </w:p>
    <w:p w14:paraId="27771ACB" w14:textId="77777777" w:rsidR="00E72C2D" w:rsidRPr="00DD3E28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DD3E28">
        <w:rPr>
          <w:b/>
          <w:bCs/>
          <w:color w:val="FFFFFF"/>
          <w:lang w:val="pt-BR"/>
        </w:rPr>
        <w:t>CAPÍTULO VIII – ENTREGA DOS KITS</w:t>
      </w:r>
    </w:p>
    <w:p w14:paraId="1F4B986B" w14:textId="77777777" w:rsidR="00E72C2D" w:rsidRDefault="00000000" w:rsidP="00DD3E28">
      <w:pPr>
        <w:jc w:val="both"/>
        <w:rPr>
          <w:lang w:val="pt-BR"/>
        </w:rPr>
      </w:pPr>
      <w:r w:rsidRPr="00392D34">
        <w:rPr>
          <w:lang w:val="pt-BR"/>
        </w:rPr>
        <w:t>Art. 2</w:t>
      </w:r>
      <w:r w:rsidR="003000B6">
        <w:rPr>
          <w:lang w:val="pt-BR"/>
        </w:rPr>
        <w:t>3</w:t>
      </w:r>
      <w:r w:rsidRPr="00392D34">
        <w:rPr>
          <w:lang w:val="pt-BR"/>
        </w:rPr>
        <w:t>º A entrega dos kits ocorrerá em datas, horários e locais previamente divulgados pela</w:t>
      </w:r>
      <w:r w:rsidR="00DD3E28">
        <w:rPr>
          <w:lang w:val="pt-BR"/>
        </w:rPr>
        <w:t xml:space="preserve"> </w:t>
      </w:r>
      <w:r w:rsidRPr="00392D34">
        <w:rPr>
          <w:lang w:val="pt-BR"/>
        </w:rPr>
        <w:t>organização.</w:t>
      </w:r>
    </w:p>
    <w:p w14:paraId="3222FCF7" w14:textId="77777777" w:rsidR="00815BAB" w:rsidRPr="00815BAB" w:rsidRDefault="00815BAB" w:rsidP="00815BAB">
      <w:pPr>
        <w:jc w:val="both"/>
        <w:rPr>
          <w:lang w:val="pt-BR"/>
        </w:rPr>
      </w:pPr>
      <w:r>
        <w:rPr>
          <w:b/>
          <w:bCs/>
          <w:lang w:val="pt-BR"/>
        </w:rPr>
        <w:t xml:space="preserve">Paragrafo único: </w:t>
      </w:r>
      <w:r w:rsidRPr="00815BAB">
        <w:t xml:space="preserve">O </w:t>
      </w:r>
      <w:proofErr w:type="spellStart"/>
      <w:r w:rsidRPr="00815BAB">
        <w:t>atleta</w:t>
      </w:r>
      <w:proofErr w:type="spellEnd"/>
      <w:r w:rsidRPr="00815BAB">
        <w:t xml:space="preserve"> que </w:t>
      </w:r>
      <w:proofErr w:type="spellStart"/>
      <w:r w:rsidRPr="00815BAB">
        <w:t>não</w:t>
      </w:r>
      <w:proofErr w:type="spellEnd"/>
      <w:r w:rsidRPr="00815BAB">
        <w:t xml:space="preserve"> </w:t>
      </w:r>
      <w:proofErr w:type="spellStart"/>
      <w:r w:rsidRPr="00815BAB">
        <w:t>retirar</w:t>
      </w:r>
      <w:proofErr w:type="spellEnd"/>
      <w:r w:rsidRPr="00815BAB">
        <w:t xml:space="preserve"> o kit </w:t>
      </w:r>
      <w:proofErr w:type="spellStart"/>
      <w:r w:rsidRPr="00815BAB">
        <w:t>nos</w:t>
      </w:r>
      <w:proofErr w:type="spellEnd"/>
      <w:r w:rsidRPr="00815BAB">
        <w:t xml:space="preserve"> </w:t>
      </w:r>
      <w:proofErr w:type="spellStart"/>
      <w:r w:rsidRPr="00815BAB">
        <w:t>dias</w:t>
      </w:r>
      <w:proofErr w:type="spellEnd"/>
      <w:r w:rsidRPr="00815BAB">
        <w:t xml:space="preserve"> e </w:t>
      </w:r>
      <w:proofErr w:type="spellStart"/>
      <w:r w:rsidRPr="00815BAB">
        <w:t>horários</w:t>
      </w:r>
      <w:proofErr w:type="spellEnd"/>
      <w:r w:rsidRPr="00815BAB">
        <w:t xml:space="preserve"> </w:t>
      </w:r>
      <w:proofErr w:type="spellStart"/>
      <w:r w:rsidRPr="00815BAB">
        <w:t>divulgados</w:t>
      </w:r>
      <w:proofErr w:type="spellEnd"/>
      <w:r w:rsidRPr="00815BAB">
        <w:t xml:space="preserve"> </w:t>
      </w:r>
      <w:proofErr w:type="spellStart"/>
      <w:r w:rsidRPr="00815BAB">
        <w:t>perderá</w:t>
      </w:r>
      <w:proofErr w:type="spellEnd"/>
      <w:r w:rsidRPr="00815BAB">
        <w:t xml:space="preserve"> o </w:t>
      </w:r>
      <w:proofErr w:type="spellStart"/>
      <w:r w:rsidRPr="00815BAB">
        <w:t>direito</w:t>
      </w:r>
      <w:proofErr w:type="spellEnd"/>
      <w:r w:rsidRPr="00815BAB">
        <w:t xml:space="preserve"> </w:t>
      </w:r>
      <w:proofErr w:type="spellStart"/>
      <w:r w:rsidRPr="00815BAB">
        <w:t>ao</w:t>
      </w:r>
      <w:proofErr w:type="spellEnd"/>
      <w:r w:rsidRPr="00815BAB">
        <w:t xml:space="preserve"> kit, </w:t>
      </w:r>
      <w:proofErr w:type="spellStart"/>
      <w:r w:rsidRPr="00815BAB">
        <w:t>não</w:t>
      </w:r>
      <w:proofErr w:type="spellEnd"/>
      <w:r w:rsidRPr="00815BAB">
        <w:t xml:space="preserve"> </w:t>
      </w:r>
      <w:proofErr w:type="spellStart"/>
      <w:r w:rsidRPr="00815BAB">
        <w:t>havendo</w:t>
      </w:r>
      <w:proofErr w:type="spellEnd"/>
      <w:r w:rsidRPr="00815BAB">
        <w:t xml:space="preserve"> </w:t>
      </w:r>
      <w:proofErr w:type="spellStart"/>
      <w:r w:rsidRPr="00815BAB">
        <w:t>entrega</w:t>
      </w:r>
      <w:proofErr w:type="spellEnd"/>
      <w:r w:rsidRPr="00815BAB">
        <w:t xml:space="preserve"> posterior </w:t>
      </w:r>
      <w:proofErr w:type="spellStart"/>
      <w:r w:rsidRPr="00815BAB">
        <w:t>nem</w:t>
      </w:r>
      <w:proofErr w:type="spellEnd"/>
      <w:r w:rsidRPr="00815BAB">
        <w:t xml:space="preserve"> </w:t>
      </w:r>
      <w:proofErr w:type="spellStart"/>
      <w:r w:rsidRPr="00815BAB">
        <w:t>restituição</w:t>
      </w:r>
      <w:proofErr w:type="spellEnd"/>
      <w:r w:rsidRPr="00815BAB">
        <w:t xml:space="preserve"> do valor da </w:t>
      </w:r>
      <w:proofErr w:type="spellStart"/>
      <w:r w:rsidRPr="00815BAB">
        <w:t>inscrição</w:t>
      </w:r>
      <w:proofErr w:type="spellEnd"/>
      <w:r>
        <w:t>.</w:t>
      </w:r>
    </w:p>
    <w:p w14:paraId="034F5D23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>Art. 2</w:t>
      </w:r>
      <w:r w:rsidR="003000B6">
        <w:rPr>
          <w:b/>
          <w:color w:val="061B43"/>
          <w:lang w:val="pt-BR"/>
        </w:rPr>
        <w:t>4º</w:t>
      </w:r>
      <w:r w:rsidRPr="00392D34">
        <w:rPr>
          <w:b/>
          <w:color w:val="061B43"/>
          <w:lang w:val="pt-BR"/>
        </w:rPr>
        <w:t xml:space="preserve"> – DA COMPOSIÇÃO DO KIT COMPLETO DO ATLETA</w:t>
      </w:r>
    </w:p>
    <w:p w14:paraId="16B4AD2F" w14:textId="77777777" w:rsidR="00E72C2D" w:rsidRPr="00392D34" w:rsidRDefault="00E06B45">
      <w:pPr>
        <w:jc w:val="both"/>
        <w:rPr>
          <w:lang w:val="pt-BR"/>
        </w:rPr>
      </w:pPr>
      <w:r w:rsidRPr="00E06B45">
        <w:rPr>
          <w:color w:val="000000" w:themeColor="text1"/>
          <w:szCs w:val="20"/>
        </w:rPr>
        <w:t xml:space="preserve">O Kit </w:t>
      </w:r>
      <w:proofErr w:type="spellStart"/>
      <w:r w:rsidRPr="00E06B45">
        <w:rPr>
          <w:color w:val="000000" w:themeColor="text1"/>
          <w:szCs w:val="20"/>
        </w:rPr>
        <w:t>Participação</w:t>
      </w:r>
      <w:proofErr w:type="spellEnd"/>
      <w:r w:rsidRPr="00E06B45">
        <w:rPr>
          <w:color w:val="000000" w:themeColor="text1"/>
          <w:szCs w:val="20"/>
        </w:rPr>
        <w:t xml:space="preserve"> da BASTIÃO RUN </w:t>
      </w:r>
      <w:r w:rsidR="00404791">
        <w:rPr>
          <w:color w:val="000000" w:themeColor="text1"/>
          <w:szCs w:val="20"/>
        </w:rPr>
        <w:t xml:space="preserve">AMANHECER 2026 </w:t>
      </w:r>
      <w:r w:rsidRPr="00E06B45">
        <w:rPr>
          <w:color w:val="000000" w:themeColor="text1"/>
          <w:szCs w:val="20"/>
        </w:rPr>
        <w:t xml:space="preserve">– II </w:t>
      </w:r>
      <w:proofErr w:type="spellStart"/>
      <w:r w:rsidRPr="00E06B45">
        <w:rPr>
          <w:color w:val="000000" w:themeColor="text1"/>
          <w:szCs w:val="20"/>
        </w:rPr>
        <w:t>Edição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será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composto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por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número</w:t>
      </w:r>
      <w:proofErr w:type="spellEnd"/>
      <w:r w:rsidRPr="00E06B45">
        <w:rPr>
          <w:color w:val="000000" w:themeColor="text1"/>
          <w:szCs w:val="20"/>
        </w:rPr>
        <w:t xml:space="preserve"> de </w:t>
      </w:r>
      <w:proofErr w:type="spellStart"/>
      <w:r w:rsidRPr="00E06B45">
        <w:rPr>
          <w:color w:val="000000" w:themeColor="text1"/>
          <w:szCs w:val="20"/>
        </w:rPr>
        <w:t>peito</w:t>
      </w:r>
      <w:proofErr w:type="spellEnd"/>
      <w:r w:rsidRPr="00E06B45">
        <w:rPr>
          <w:color w:val="000000" w:themeColor="text1"/>
          <w:szCs w:val="20"/>
        </w:rPr>
        <w:t xml:space="preserve">, chip de </w:t>
      </w:r>
      <w:proofErr w:type="spellStart"/>
      <w:r w:rsidRPr="00E06B45">
        <w:rPr>
          <w:color w:val="000000" w:themeColor="text1"/>
          <w:szCs w:val="20"/>
        </w:rPr>
        <w:t>cronometragem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descartável</w:t>
      </w:r>
      <w:proofErr w:type="spellEnd"/>
      <w:r w:rsidRPr="00E06B45">
        <w:rPr>
          <w:color w:val="000000" w:themeColor="text1"/>
          <w:szCs w:val="20"/>
        </w:rPr>
        <w:t xml:space="preserve">, </w:t>
      </w:r>
      <w:proofErr w:type="spellStart"/>
      <w:r w:rsidRPr="00E06B45">
        <w:rPr>
          <w:color w:val="000000" w:themeColor="text1"/>
          <w:szCs w:val="20"/>
        </w:rPr>
        <w:t>alfinetes</w:t>
      </w:r>
      <w:proofErr w:type="spellEnd"/>
      <w:r w:rsidRPr="00E06B45">
        <w:rPr>
          <w:color w:val="000000" w:themeColor="text1"/>
          <w:szCs w:val="20"/>
        </w:rPr>
        <w:t xml:space="preserve"> de </w:t>
      </w:r>
      <w:proofErr w:type="spellStart"/>
      <w:r w:rsidRPr="00E06B45">
        <w:rPr>
          <w:color w:val="000000" w:themeColor="text1"/>
          <w:szCs w:val="20"/>
        </w:rPr>
        <w:t>fixação</w:t>
      </w:r>
      <w:proofErr w:type="spellEnd"/>
      <w:r w:rsidRPr="00E06B45">
        <w:rPr>
          <w:color w:val="000000" w:themeColor="text1"/>
          <w:szCs w:val="20"/>
        </w:rPr>
        <w:t xml:space="preserve">, </w:t>
      </w:r>
      <w:proofErr w:type="spellStart"/>
      <w:r w:rsidRPr="00E06B45">
        <w:rPr>
          <w:color w:val="000000" w:themeColor="text1"/>
          <w:szCs w:val="20"/>
        </w:rPr>
        <w:t>camiseta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oficial</w:t>
      </w:r>
      <w:proofErr w:type="spellEnd"/>
      <w:r w:rsidRPr="00E06B45">
        <w:rPr>
          <w:color w:val="000000" w:themeColor="text1"/>
          <w:szCs w:val="20"/>
        </w:rPr>
        <w:t xml:space="preserve"> do </w:t>
      </w:r>
      <w:proofErr w:type="spellStart"/>
      <w:r w:rsidRPr="00E06B45">
        <w:rPr>
          <w:color w:val="000000" w:themeColor="text1"/>
          <w:szCs w:val="20"/>
        </w:rPr>
        <w:t>evento</w:t>
      </w:r>
      <w:proofErr w:type="spellEnd"/>
      <w:r w:rsidRPr="00E06B45">
        <w:rPr>
          <w:color w:val="000000" w:themeColor="text1"/>
          <w:szCs w:val="20"/>
        </w:rPr>
        <w:t xml:space="preserve">, </w:t>
      </w:r>
      <w:proofErr w:type="spellStart"/>
      <w:r w:rsidRPr="00E06B45">
        <w:rPr>
          <w:color w:val="000000" w:themeColor="text1"/>
          <w:szCs w:val="20"/>
        </w:rPr>
        <w:t>sacola</w:t>
      </w:r>
      <w:proofErr w:type="spellEnd"/>
      <w:r w:rsidRPr="00E06B45">
        <w:rPr>
          <w:color w:val="000000" w:themeColor="text1"/>
          <w:szCs w:val="20"/>
        </w:rPr>
        <w:t xml:space="preserve"> (bag) e </w:t>
      </w:r>
      <w:proofErr w:type="spellStart"/>
      <w:r w:rsidRPr="00E06B45">
        <w:rPr>
          <w:color w:val="000000" w:themeColor="text1"/>
          <w:szCs w:val="20"/>
        </w:rPr>
        <w:t>medalha</w:t>
      </w:r>
      <w:proofErr w:type="spellEnd"/>
      <w:r w:rsidRPr="00E06B45">
        <w:rPr>
          <w:color w:val="000000" w:themeColor="text1"/>
          <w:szCs w:val="20"/>
        </w:rPr>
        <w:t xml:space="preserve"> de </w:t>
      </w:r>
      <w:proofErr w:type="spellStart"/>
      <w:r w:rsidRPr="00E06B45">
        <w:rPr>
          <w:color w:val="000000" w:themeColor="text1"/>
          <w:szCs w:val="20"/>
        </w:rPr>
        <w:t>participação</w:t>
      </w:r>
      <w:proofErr w:type="spellEnd"/>
      <w:r w:rsidRPr="00E06B45">
        <w:rPr>
          <w:color w:val="000000" w:themeColor="text1"/>
          <w:szCs w:val="20"/>
        </w:rPr>
        <w:t xml:space="preserve"> (finisher), a ser </w:t>
      </w:r>
      <w:proofErr w:type="spellStart"/>
      <w:r w:rsidRPr="00E06B45">
        <w:rPr>
          <w:color w:val="000000" w:themeColor="text1"/>
          <w:szCs w:val="20"/>
        </w:rPr>
        <w:t>entregue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exclusivamente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ao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atleta</w:t>
      </w:r>
      <w:proofErr w:type="spellEnd"/>
      <w:r w:rsidRPr="00E06B45">
        <w:rPr>
          <w:color w:val="000000" w:themeColor="text1"/>
          <w:szCs w:val="20"/>
        </w:rPr>
        <w:t xml:space="preserve"> que </w:t>
      </w:r>
      <w:proofErr w:type="spellStart"/>
      <w:r w:rsidRPr="00E06B45">
        <w:rPr>
          <w:color w:val="000000" w:themeColor="text1"/>
          <w:szCs w:val="20"/>
        </w:rPr>
        <w:t>concluir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regularmente</w:t>
      </w:r>
      <w:proofErr w:type="spellEnd"/>
      <w:r w:rsidRPr="00E06B45">
        <w:rPr>
          <w:color w:val="000000" w:themeColor="text1"/>
          <w:szCs w:val="20"/>
        </w:rPr>
        <w:t xml:space="preserve"> a </w:t>
      </w:r>
      <w:proofErr w:type="spellStart"/>
      <w:r w:rsidRPr="00E06B45">
        <w:rPr>
          <w:color w:val="000000" w:themeColor="text1"/>
          <w:szCs w:val="20"/>
        </w:rPr>
        <w:t>prova</w:t>
      </w:r>
      <w:proofErr w:type="spellEnd"/>
      <w:r w:rsidRPr="00E06B45">
        <w:rPr>
          <w:color w:val="000000" w:themeColor="text1"/>
          <w:szCs w:val="20"/>
        </w:rPr>
        <w:t xml:space="preserve">. A </w:t>
      </w:r>
      <w:proofErr w:type="spellStart"/>
      <w:r w:rsidRPr="00E06B45">
        <w:rPr>
          <w:color w:val="000000" w:themeColor="text1"/>
          <w:szCs w:val="20"/>
        </w:rPr>
        <w:t>critério</w:t>
      </w:r>
      <w:proofErr w:type="spellEnd"/>
      <w:r w:rsidRPr="00E06B45">
        <w:rPr>
          <w:color w:val="000000" w:themeColor="text1"/>
          <w:szCs w:val="20"/>
        </w:rPr>
        <w:t xml:space="preserve"> da </w:t>
      </w:r>
      <w:proofErr w:type="spellStart"/>
      <w:r w:rsidRPr="00E06B45">
        <w:rPr>
          <w:color w:val="000000" w:themeColor="text1"/>
          <w:szCs w:val="20"/>
        </w:rPr>
        <w:t>Comissão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Organizadora</w:t>
      </w:r>
      <w:proofErr w:type="spellEnd"/>
      <w:r w:rsidRPr="00E06B45">
        <w:rPr>
          <w:color w:val="000000" w:themeColor="text1"/>
          <w:szCs w:val="20"/>
        </w:rPr>
        <w:t xml:space="preserve">, outros </w:t>
      </w:r>
      <w:proofErr w:type="spellStart"/>
      <w:r w:rsidRPr="00E06B45">
        <w:rPr>
          <w:color w:val="000000" w:themeColor="text1"/>
          <w:szCs w:val="20"/>
        </w:rPr>
        <w:t>brindes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ou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itens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promocionais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poderão</w:t>
      </w:r>
      <w:proofErr w:type="spellEnd"/>
      <w:r w:rsidRPr="00E06B45">
        <w:rPr>
          <w:color w:val="000000" w:themeColor="text1"/>
          <w:szCs w:val="20"/>
        </w:rPr>
        <w:t xml:space="preserve"> ser </w:t>
      </w:r>
      <w:proofErr w:type="spellStart"/>
      <w:r w:rsidRPr="00E06B45">
        <w:rPr>
          <w:color w:val="000000" w:themeColor="text1"/>
          <w:szCs w:val="20"/>
        </w:rPr>
        <w:t>incluídos</w:t>
      </w:r>
      <w:proofErr w:type="spellEnd"/>
      <w:r w:rsidRPr="00E06B45">
        <w:rPr>
          <w:color w:val="000000" w:themeColor="text1"/>
          <w:szCs w:val="20"/>
        </w:rPr>
        <w:t xml:space="preserve"> no kit, </w:t>
      </w:r>
      <w:proofErr w:type="spellStart"/>
      <w:r w:rsidRPr="00E06B45">
        <w:rPr>
          <w:color w:val="000000" w:themeColor="text1"/>
          <w:szCs w:val="20"/>
        </w:rPr>
        <w:t>sem</w:t>
      </w:r>
      <w:proofErr w:type="spellEnd"/>
      <w:r w:rsidRPr="00E06B45">
        <w:rPr>
          <w:color w:val="000000" w:themeColor="text1"/>
          <w:szCs w:val="20"/>
        </w:rPr>
        <w:t xml:space="preserve"> aviso </w:t>
      </w:r>
      <w:proofErr w:type="spellStart"/>
      <w:r w:rsidRPr="00E06B45">
        <w:rPr>
          <w:color w:val="000000" w:themeColor="text1"/>
          <w:szCs w:val="20"/>
        </w:rPr>
        <w:t>prévio</w:t>
      </w:r>
      <w:proofErr w:type="spellEnd"/>
      <w:r w:rsidRPr="00E06B45">
        <w:rPr>
          <w:color w:val="000000" w:themeColor="text1"/>
          <w:szCs w:val="20"/>
        </w:rPr>
        <w:t xml:space="preserve"> e </w:t>
      </w:r>
      <w:proofErr w:type="spellStart"/>
      <w:r w:rsidRPr="00E06B45">
        <w:rPr>
          <w:color w:val="000000" w:themeColor="text1"/>
          <w:szCs w:val="20"/>
        </w:rPr>
        <w:t>conforme</w:t>
      </w:r>
      <w:proofErr w:type="spellEnd"/>
      <w:r w:rsidRPr="00E06B45">
        <w:rPr>
          <w:color w:val="000000" w:themeColor="text1"/>
          <w:szCs w:val="20"/>
        </w:rPr>
        <w:t xml:space="preserve"> </w:t>
      </w:r>
      <w:proofErr w:type="spellStart"/>
      <w:r w:rsidRPr="00E06B45">
        <w:rPr>
          <w:color w:val="000000" w:themeColor="text1"/>
          <w:szCs w:val="20"/>
        </w:rPr>
        <w:t>disponibilidade</w:t>
      </w:r>
      <w:proofErr w:type="spellEnd"/>
      <w:r w:rsidRPr="00392D34">
        <w:rPr>
          <w:lang w:val="pt-BR"/>
        </w:rPr>
        <w:t>.</w:t>
      </w:r>
    </w:p>
    <w:p w14:paraId="2C6490A9" w14:textId="77777777" w:rsidR="00E72C2D" w:rsidRPr="00E06B45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E06B45">
        <w:rPr>
          <w:b/>
          <w:bCs/>
          <w:color w:val="FFFFFF"/>
          <w:lang w:val="pt-BR"/>
        </w:rPr>
        <w:t>CAPÍTULO IX – DA CRONOMETRAGEM E DESCLASSIFICAÇÃO</w:t>
      </w:r>
    </w:p>
    <w:p w14:paraId="290E70CC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>Art. 2</w:t>
      </w:r>
      <w:r w:rsidR="00E06B45">
        <w:rPr>
          <w:b/>
          <w:color w:val="061B43"/>
          <w:lang w:val="pt-BR"/>
        </w:rPr>
        <w:t>5</w:t>
      </w:r>
      <w:r w:rsidRPr="00392D34">
        <w:rPr>
          <w:b/>
          <w:color w:val="061B43"/>
          <w:lang w:val="pt-BR"/>
        </w:rPr>
        <w:t>º – DESCLASSIFICAÇÃO</w:t>
      </w:r>
    </w:p>
    <w:p w14:paraId="2A0A0DF0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O atleta será desclassificado se:</w:t>
      </w:r>
    </w:p>
    <w:p w14:paraId="5EC58322" w14:textId="77777777" w:rsidR="00E72C2D" w:rsidRPr="00392D34" w:rsidRDefault="00000000" w:rsidP="00E06B45">
      <w:pPr>
        <w:jc w:val="both"/>
        <w:rPr>
          <w:lang w:val="pt-BR"/>
        </w:rPr>
      </w:pPr>
      <w:r w:rsidRPr="00392D34">
        <w:rPr>
          <w:lang w:val="pt-BR"/>
        </w:rPr>
        <w:t>I – Trocar ou ceder número e/ou chip;</w:t>
      </w:r>
    </w:p>
    <w:p w14:paraId="5A448C1D" w14:textId="77777777" w:rsidR="00E72C2D" w:rsidRPr="00392D34" w:rsidRDefault="00000000" w:rsidP="00E06B45">
      <w:pPr>
        <w:jc w:val="both"/>
        <w:rPr>
          <w:lang w:val="pt-BR"/>
        </w:rPr>
      </w:pPr>
      <w:r w:rsidRPr="00392D34">
        <w:rPr>
          <w:lang w:val="pt-BR"/>
        </w:rPr>
        <w:t>II – Largar antes do sinal oficial;</w:t>
      </w:r>
    </w:p>
    <w:p w14:paraId="12C0096F" w14:textId="77777777" w:rsidR="00E72C2D" w:rsidRPr="00392D34" w:rsidRDefault="00000000" w:rsidP="00E06B45">
      <w:pPr>
        <w:jc w:val="both"/>
        <w:rPr>
          <w:lang w:val="pt-BR"/>
        </w:rPr>
      </w:pPr>
      <w:r w:rsidRPr="00392D34">
        <w:rPr>
          <w:lang w:val="pt-BR"/>
        </w:rPr>
        <w:t>III – Receber ajuda externa de qualquer natureza;</w:t>
      </w:r>
    </w:p>
    <w:p w14:paraId="6C369314" w14:textId="77777777" w:rsidR="00E72C2D" w:rsidRPr="00392D34" w:rsidRDefault="00000000" w:rsidP="00E06B45">
      <w:pPr>
        <w:jc w:val="both"/>
        <w:rPr>
          <w:lang w:val="pt-BR"/>
        </w:rPr>
      </w:pPr>
      <w:r w:rsidRPr="00392D34">
        <w:rPr>
          <w:lang w:val="pt-BR"/>
        </w:rPr>
        <w:t>IV – Cortar caminho ou pegar carona;</w:t>
      </w:r>
    </w:p>
    <w:p w14:paraId="04B56978" w14:textId="77777777" w:rsidR="00E72C2D" w:rsidRPr="00392D34" w:rsidRDefault="00000000" w:rsidP="00E06B45">
      <w:pPr>
        <w:jc w:val="both"/>
        <w:rPr>
          <w:lang w:val="pt-BR"/>
        </w:rPr>
      </w:pPr>
      <w:r w:rsidRPr="00392D34">
        <w:rPr>
          <w:lang w:val="pt-BR"/>
        </w:rPr>
        <w:t>V – Desacatar atletas, público, arbitragem ou organização;</w:t>
      </w:r>
    </w:p>
    <w:p w14:paraId="3E9BD62B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VI – Não passar pelos pontos de controle eletrônico.</w:t>
      </w:r>
    </w:p>
    <w:p w14:paraId="7B740496" w14:textId="77777777" w:rsidR="00E72C2D" w:rsidRPr="00E06B45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E06B45">
        <w:rPr>
          <w:b/>
          <w:bCs/>
          <w:color w:val="FFFFFF"/>
          <w:lang w:val="pt-BR"/>
        </w:rPr>
        <w:t>CAPÍTULO X – DA PREMIAÇÃO</w:t>
      </w:r>
    </w:p>
    <w:p w14:paraId="2CE0EDF2" w14:textId="77777777" w:rsidR="00E06B45" w:rsidRDefault="00000000" w:rsidP="00815BAB">
      <w:pPr>
        <w:jc w:val="both"/>
        <w:rPr>
          <w:lang w:val="pt-BR"/>
        </w:rPr>
      </w:pPr>
      <w:r w:rsidRPr="00392D34">
        <w:rPr>
          <w:lang w:val="pt-BR"/>
        </w:rPr>
        <w:t>Todos os atletas que concluírem a prova receberão medalha de participação, mediante</w:t>
      </w:r>
      <w:r w:rsidR="00E06B45">
        <w:rPr>
          <w:lang w:val="pt-BR"/>
        </w:rPr>
        <w:t xml:space="preserve"> </w:t>
      </w:r>
      <w:r w:rsidRPr="00392D34">
        <w:rPr>
          <w:lang w:val="pt-BR"/>
        </w:rPr>
        <w:t>apresentação do número de peito. Será entregue apenas 1 (uma) medalha por atleta.</w:t>
      </w:r>
      <w:r w:rsidR="00E06B45">
        <w:rPr>
          <w:lang w:val="pt-BR"/>
        </w:rPr>
        <w:t xml:space="preserve"> </w:t>
      </w:r>
      <w:r w:rsidRPr="00392D34">
        <w:rPr>
          <w:lang w:val="pt-BR"/>
        </w:rPr>
        <w:t>A premiação</w:t>
      </w:r>
      <w:r w:rsidR="00E06B45">
        <w:rPr>
          <w:lang w:val="pt-BR"/>
        </w:rPr>
        <w:t xml:space="preserve"> </w:t>
      </w:r>
      <w:r w:rsidRPr="00392D34">
        <w:rPr>
          <w:lang w:val="pt-BR"/>
        </w:rPr>
        <w:t>em dinheiro será destinada exclusivamente à Classificação Geral Masculina e</w:t>
      </w:r>
      <w:r w:rsidR="00E06B45">
        <w:rPr>
          <w:lang w:val="pt-BR"/>
        </w:rPr>
        <w:t xml:space="preserve"> </w:t>
      </w:r>
      <w:r w:rsidRPr="00392D34">
        <w:rPr>
          <w:lang w:val="pt-BR"/>
        </w:rPr>
        <w:t xml:space="preserve">Feminina das provas de 5 km e 10 km, conforme tabela divulgada pela organização. </w:t>
      </w:r>
    </w:p>
    <w:p w14:paraId="4C1535B4" w14:textId="77777777" w:rsidR="00E72C2D" w:rsidRDefault="00000000" w:rsidP="00E06B45">
      <w:pPr>
        <w:keepNext/>
        <w:spacing w:before="80"/>
        <w:rPr>
          <w:lang w:val="pt-BR"/>
        </w:rPr>
      </w:pPr>
      <w:r w:rsidRPr="00392D34">
        <w:rPr>
          <w:b/>
          <w:color w:val="061B43"/>
          <w:lang w:val="pt-BR"/>
        </w:rPr>
        <w:t>Art. 2</w:t>
      </w:r>
      <w:r w:rsidR="00E06B45">
        <w:rPr>
          <w:b/>
          <w:color w:val="061B43"/>
          <w:lang w:val="pt-BR"/>
        </w:rPr>
        <w:t>6</w:t>
      </w:r>
      <w:r w:rsidRPr="00392D34">
        <w:rPr>
          <w:b/>
          <w:color w:val="061B43"/>
          <w:lang w:val="pt-BR"/>
        </w:rPr>
        <w:t>º – PREMIAÇÃO GERAL (05Km e 10km)</w:t>
      </w:r>
    </w:p>
    <w:p w14:paraId="64BA1D98" w14:textId="77777777" w:rsidR="00815BAB" w:rsidRPr="00815BAB" w:rsidRDefault="00815BAB" w:rsidP="00815BAB">
      <w:pPr>
        <w:jc w:val="both"/>
        <w:rPr>
          <w:lang w:val="pt-BR"/>
        </w:rPr>
      </w:pPr>
      <w:r w:rsidRPr="00815BAB">
        <w:rPr>
          <w:lang w:val="pt-BR"/>
        </w:rPr>
        <w:t>A premiação em dinheiro será destinada exclusivamente aos três primeiros colocados da Classificação Geral Masculina e Feminina das provas de 5 km e 10 km, conforme tabela abaixo.</w:t>
      </w:r>
    </w:p>
    <w:p w14:paraId="530E3CF0" w14:textId="77777777" w:rsidR="00815BAB" w:rsidRPr="00815BAB" w:rsidRDefault="00815BAB" w:rsidP="00815BAB">
      <w:pPr>
        <w:jc w:val="both"/>
        <w:rPr>
          <w:lang w:val="pt-BR"/>
        </w:rPr>
      </w:pPr>
      <w:r w:rsidRPr="00815BAB">
        <w:rPr>
          <w:lang w:val="pt-BR"/>
        </w:rPr>
        <w:t>Os atletas classificados em 4º e 5º lugares receberão exclusivamente troféu.</w:t>
      </w:r>
    </w:p>
    <w:p w14:paraId="6444B287" w14:textId="77777777" w:rsidR="00815BAB" w:rsidRDefault="00815BAB" w:rsidP="00815BAB">
      <w:pPr>
        <w:rPr>
          <w:b/>
          <w:bCs/>
          <w:lang w:val="pt-BR"/>
        </w:rPr>
      </w:pPr>
      <w:r w:rsidRPr="00E06B45">
        <w:rPr>
          <w:b/>
          <w:bCs/>
          <w:lang w:val="pt-BR"/>
        </w:rPr>
        <w:t>Não haverá premiação por categoria (faixa etária).</w:t>
      </w:r>
    </w:p>
    <w:p w14:paraId="3A81E219" w14:textId="77777777" w:rsidR="00815BAB" w:rsidRPr="00392D34" w:rsidRDefault="00815BAB" w:rsidP="00E06B45">
      <w:pPr>
        <w:spacing w:after="0" w:line="20" w:lineRule="exact"/>
        <w:rPr>
          <w:lang w:val="pt-BR"/>
        </w:rPr>
      </w:pPr>
    </w:p>
    <w:p w14:paraId="23CBB8FE" w14:textId="77777777" w:rsidR="00E72C2D" w:rsidRPr="00392D34" w:rsidRDefault="00485427" w:rsidP="00E06B45">
      <w:pPr>
        <w:pBdr>
          <w:left w:val="single" w:sz="22" w:space="5" w:color="FF5B0A"/>
        </w:pBdr>
        <w:shd w:val="clear" w:color="auto" w:fill="FFF3E8"/>
        <w:spacing w:before="80" w:after="80"/>
        <w:ind w:left="120"/>
        <w:jc w:val="center"/>
        <w:rPr>
          <w:lang w:val="pt-BR"/>
        </w:rPr>
      </w:pPr>
      <w:r>
        <w:rPr>
          <w:b/>
          <w:noProof/>
          <w:color w:val="FF5B0A"/>
          <w:sz w:val="21"/>
        </w:rPr>
        <w:lastRenderedPageBreak/>
        <w:drawing>
          <wp:inline distT="0" distB="0" distL="0" distR="0" wp14:anchorId="68786E12" wp14:editId="6F23AA76">
            <wp:extent cx="5745173" cy="1951630"/>
            <wp:effectExtent l="0" t="0" r="8255" b="0"/>
            <wp:docPr id="755390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907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523" cy="195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D34">
        <w:rPr>
          <w:b/>
          <w:color w:val="FF5B0A"/>
          <w:sz w:val="21"/>
          <w:lang w:val="pt-BR"/>
        </w:rPr>
        <w:t>Total de R$</w:t>
      </w:r>
      <w:r>
        <w:rPr>
          <w:b/>
          <w:color w:val="FF5B0A"/>
          <w:sz w:val="21"/>
          <w:lang w:val="pt-BR"/>
        </w:rPr>
        <w:t xml:space="preserve"> 4</w:t>
      </w:r>
      <w:r w:rsidRPr="00392D34">
        <w:rPr>
          <w:b/>
          <w:color w:val="FF5B0A"/>
          <w:sz w:val="21"/>
          <w:lang w:val="pt-BR"/>
        </w:rPr>
        <w:t>.000,00 de premiação.</w:t>
      </w:r>
    </w:p>
    <w:p w14:paraId="5984AEEE" w14:textId="77777777" w:rsidR="00E72C2D" w:rsidRDefault="00000000" w:rsidP="00485427">
      <w:pPr>
        <w:keepNext/>
        <w:spacing w:before="80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485427">
        <w:rPr>
          <w:b/>
          <w:color w:val="061B43"/>
          <w:lang w:val="pt-BR"/>
        </w:rPr>
        <w:t>27</w:t>
      </w:r>
      <w:r w:rsidRPr="00392D34">
        <w:rPr>
          <w:b/>
          <w:color w:val="061B43"/>
          <w:lang w:val="pt-BR"/>
        </w:rPr>
        <w:t xml:space="preserve">º – </w:t>
      </w:r>
      <w:r w:rsidR="00815BAB">
        <w:rPr>
          <w:b/>
          <w:color w:val="061B43"/>
          <w:lang w:val="pt-BR"/>
        </w:rPr>
        <w:t>Premiação PCD</w:t>
      </w:r>
      <w:r w:rsidR="00485427">
        <w:rPr>
          <w:b/>
          <w:color w:val="061B43"/>
          <w:lang w:val="pt-BR"/>
        </w:rPr>
        <w:t>.</w:t>
      </w:r>
    </w:p>
    <w:p w14:paraId="5237C550" w14:textId="77777777" w:rsidR="00815BAB" w:rsidRPr="00392D34" w:rsidRDefault="00815BAB" w:rsidP="00485427">
      <w:pPr>
        <w:jc w:val="both"/>
        <w:rPr>
          <w:lang w:val="pt-BR"/>
        </w:rPr>
      </w:pPr>
      <w:r>
        <w:rPr>
          <w:lang w:val="pt-BR"/>
        </w:rPr>
        <w:t>A categoria PCD será disputada exclusivamente na classificação geral. Serão premiados com troféu o campeão masculino e a campeã feminina nas duas distancias. Não haverá premiação em dinheiro para a categoria PCD.</w:t>
      </w:r>
    </w:p>
    <w:p w14:paraId="40997AA2" w14:textId="77777777" w:rsidR="00E72C2D" w:rsidRPr="004610AB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4610AB">
        <w:rPr>
          <w:b/>
          <w:bCs/>
          <w:color w:val="FFFFFF"/>
          <w:lang w:val="pt-BR"/>
        </w:rPr>
        <w:t>CAPÍTULO XII – DAS CONDIÇÕES FÍSICAS, RISCOS E SERVIÇOS DE APOIO</w:t>
      </w:r>
    </w:p>
    <w:p w14:paraId="5B027A42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4610AB">
        <w:rPr>
          <w:b/>
          <w:color w:val="061B43"/>
          <w:lang w:val="pt-BR"/>
        </w:rPr>
        <w:t>28</w:t>
      </w:r>
      <w:r w:rsidRPr="00392D34">
        <w:rPr>
          <w:b/>
          <w:color w:val="061B43"/>
          <w:lang w:val="pt-BR"/>
        </w:rPr>
        <w:t>º – DA RESPONSABILIDADE PESSOAL E CONDIÇÃO DE SAÚDE</w:t>
      </w:r>
    </w:p>
    <w:p w14:paraId="091914EA" w14:textId="77777777" w:rsidR="00E72C2D" w:rsidRPr="00392D34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Ao participar da Corrida BASTIÃO RUN</w:t>
      </w:r>
      <w:r w:rsidR="004610AB">
        <w:rPr>
          <w:lang w:val="pt-BR"/>
        </w:rPr>
        <w:t xml:space="preserve"> AMANHECER – II EDIÇÃO</w:t>
      </w:r>
      <w:r w:rsidRPr="00392D34">
        <w:rPr>
          <w:lang w:val="pt-BR"/>
        </w:rPr>
        <w:t>, o atleta declara, para todos os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fins legais, que:</w:t>
      </w:r>
    </w:p>
    <w:p w14:paraId="22440DCE" w14:textId="77777777" w:rsidR="00E72C2D" w:rsidRPr="00392D34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I – As informações fornecidas no ato da inscrição são verdadeiras, completas e atualizadas;</w:t>
      </w:r>
    </w:p>
    <w:p w14:paraId="27D2658A" w14:textId="77777777" w:rsidR="00E72C2D" w:rsidRPr="00392D34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II – Encontra-se em plenas condições físicas e clínicas para a prática de atividade física de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média e/ou alta intensidade;</w:t>
      </w:r>
    </w:p>
    <w:p w14:paraId="4D8E2078" w14:textId="77777777" w:rsidR="00E72C2D" w:rsidRPr="00392D34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III – Participa do evento por livre e espontânea vontade, ciente de seu estado de saúde,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histórico médico e limitações individuais;</w:t>
      </w:r>
    </w:p>
    <w:p w14:paraId="6080846B" w14:textId="77777777" w:rsidR="00E72C2D" w:rsidRPr="00392D34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IV – Aceita integralmente todas as normas deste regulamento.</w:t>
      </w:r>
    </w:p>
    <w:p w14:paraId="3D64DB22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4610AB">
        <w:rPr>
          <w:b/>
          <w:color w:val="061B43"/>
          <w:lang w:val="pt-BR"/>
        </w:rPr>
        <w:t>29</w:t>
      </w:r>
      <w:r w:rsidRPr="00392D34">
        <w:rPr>
          <w:b/>
          <w:color w:val="061B43"/>
          <w:lang w:val="pt-BR"/>
        </w:rPr>
        <w:t>º – DA AVALIAÇÃO MÉDICA PRÉVIA</w:t>
      </w:r>
    </w:p>
    <w:p w14:paraId="61376E28" w14:textId="77777777" w:rsidR="004610AB" w:rsidRDefault="00000000" w:rsidP="004610AB">
      <w:pPr>
        <w:jc w:val="both"/>
        <w:rPr>
          <w:lang w:val="pt-BR"/>
        </w:rPr>
      </w:pPr>
      <w:r w:rsidRPr="00392D34">
        <w:rPr>
          <w:lang w:val="pt-BR"/>
        </w:rPr>
        <w:t>Todos os atletas participantes declaram estar em dia com avaliação médica adequada, sendo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fortemente recomendada a realização de exames clínicos e cardiológicos prévios, incluindo,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quando indicado, teste ergométrico ou avaliação equivalente, especialmente para atletas com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histórico de doenças cardiovasculares, fatores de risco ou idade superior a 40 (quarenta) anos.</w:t>
      </w:r>
      <w:r w:rsidR="004610AB">
        <w:rPr>
          <w:lang w:val="pt-BR"/>
        </w:rPr>
        <w:t xml:space="preserve"> </w:t>
      </w:r>
    </w:p>
    <w:p w14:paraId="2689E753" w14:textId="77777777" w:rsidR="00E72C2D" w:rsidRPr="00392D34" w:rsidRDefault="00000000" w:rsidP="004610AB">
      <w:pPr>
        <w:jc w:val="both"/>
        <w:rPr>
          <w:lang w:val="pt-BR"/>
        </w:rPr>
      </w:pPr>
      <w:r w:rsidRPr="004610AB">
        <w:rPr>
          <w:b/>
          <w:bCs/>
          <w:lang w:val="pt-BR"/>
        </w:rPr>
        <w:t>Parágrafo único</w:t>
      </w:r>
      <w:r w:rsidRPr="00392D34">
        <w:rPr>
          <w:lang w:val="pt-BR"/>
        </w:rPr>
        <w:t>. A Comissão Organizadora não se responsabiliza pela verificação, aferição ou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exigência de exames médicos, sendo esta responsabilidade exclusiva do atleta ou de seu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responsável legal, quando aplicável.</w:t>
      </w:r>
    </w:p>
    <w:p w14:paraId="137C191F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4610AB">
        <w:rPr>
          <w:b/>
          <w:color w:val="061B43"/>
          <w:lang w:val="pt-BR"/>
        </w:rPr>
        <w:t>30</w:t>
      </w:r>
      <w:r w:rsidRPr="00392D34">
        <w:rPr>
          <w:b/>
          <w:color w:val="061B43"/>
          <w:lang w:val="pt-BR"/>
        </w:rPr>
        <w:t>º – DA AUTONOMIA E DECISÃO DE CONTINUIDADE NA PROVA</w:t>
      </w:r>
    </w:p>
    <w:p w14:paraId="1ADC760F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O atleta é integralmente responsável pela decisão de participar e de permanecer na prova,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devendo avaliar continuamente sua condição física, nível de fadiga, sinais de mal-estar ou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qualquer sintoma que possa colocar sua saúde ou integridade física em risco.</w:t>
      </w:r>
    </w:p>
    <w:p w14:paraId="16A9CEFB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§1º O atleta compromete-se a interromper sua participação caso apresente sinais de tontura,</w:t>
      </w:r>
      <w:r w:rsidR="004610AB">
        <w:rPr>
          <w:lang w:val="pt-BR"/>
        </w:rPr>
        <w:t xml:space="preserve"> </w:t>
      </w:r>
      <w:r w:rsidRPr="00392D34">
        <w:rPr>
          <w:lang w:val="pt-BR"/>
        </w:rPr>
        <w:t>dor torácica, falta de ar intensa, palpitações, desorientação, cãibras severas ou qualquer outro</w:t>
      </w:r>
      <w:r w:rsidR="002E0CDF">
        <w:rPr>
          <w:lang w:val="pt-BR"/>
        </w:rPr>
        <w:t xml:space="preserve"> </w:t>
      </w:r>
      <w:r w:rsidRPr="00392D34">
        <w:rPr>
          <w:lang w:val="pt-BR"/>
        </w:rPr>
        <w:t>sintoma incompatível com a continuidade segura da prova.</w:t>
      </w:r>
    </w:p>
    <w:p w14:paraId="0B762923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§2º A continuidade da participação, apesar de sintomas adversos, será de responsabilidade</w:t>
      </w:r>
      <w:r w:rsidR="002E0CDF">
        <w:rPr>
          <w:lang w:val="pt-BR"/>
        </w:rPr>
        <w:t xml:space="preserve"> </w:t>
      </w:r>
      <w:r w:rsidRPr="00392D34">
        <w:rPr>
          <w:lang w:val="pt-BR"/>
        </w:rPr>
        <w:t>exclusiva do atleta.</w:t>
      </w:r>
    </w:p>
    <w:p w14:paraId="4F14CECC" w14:textId="77777777" w:rsidR="00E72C2D" w:rsidRPr="00392D34" w:rsidRDefault="00000000">
      <w:pPr>
        <w:keepNext/>
        <w:spacing w:before="80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0E69D9">
        <w:rPr>
          <w:b/>
          <w:color w:val="061B43"/>
          <w:lang w:val="pt-BR"/>
        </w:rPr>
        <w:t>31</w:t>
      </w:r>
      <w:r w:rsidRPr="00392D34">
        <w:rPr>
          <w:b/>
          <w:color w:val="061B43"/>
          <w:lang w:val="pt-BR"/>
        </w:rPr>
        <w:t>º – DO RISCO INERENTE À ATIVIDADE ESPORTIVA</w:t>
      </w:r>
    </w:p>
    <w:p w14:paraId="6C4E52F4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O atleta reconhece que a corrida de rua é uma atividade física que envolve riscos inerentes,</w:t>
      </w:r>
      <w:r w:rsidR="002E0CDF">
        <w:rPr>
          <w:lang w:val="pt-BR"/>
        </w:rPr>
        <w:t xml:space="preserve"> </w:t>
      </w:r>
      <w:r w:rsidRPr="00392D34">
        <w:rPr>
          <w:lang w:val="pt-BR"/>
        </w:rPr>
        <w:t>previsíveis ou não, incluindo, mas não se limitando a:</w:t>
      </w:r>
    </w:p>
    <w:p w14:paraId="13D15B98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I – Quedas, escorregões e colisões;</w:t>
      </w:r>
    </w:p>
    <w:p w14:paraId="61B3A0EC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lastRenderedPageBreak/>
        <w:t>II – Lesões musculares, articulares ou ósseas;</w:t>
      </w:r>
    </w:p>
    <w:p w14:paraId="43315B3F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III – Exaustão física, desidratação, câimbras e hipertermia;</w:t>
      </w:r>
    </w:p>
    <w:p w14:paraId="57864DBC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IV – Alterações climáticas;</w:t>
      </w:r>
    </w:p>
    <w:p w14:paraId="56611AEF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>V – Eventos cardiovasculares súbitos, como mal-estar, síncope, arritmias, parada</w:t>
      </w:r>
      <w:r w:rsidR="002E0CDF">
        <w:rPr>
          <w:lang w:val="pt-BR"/>
        </w:rPr>
        <w:t xml:space="preserve"> </w:t>
      </w:r>
      <w:r w:rsidRPr="00392D34">
        <w:rPr>
          <w:lang w:val="pt-BR"/>
        </w:rPr>
        <w:t>cardiorrespiratória ou infarto agudo do miocárdio.</w:t>
      </w:r>
    </w:p>
    <w:p w14:paraId="66532368" w14:textId="77777777" w:rsidR="00E72C2D" w:rsidRPr="00392D34" w:rsidRDefault="00000000" w:rsidP="002E0CDF">
      <w:pPr>
        <w:jc w:val="both"/>
        <w:rPr>
          <w:lang w:val="pt-BR"/>
        </w:rPr>
      </w:pPr>
      <w:r w:rsidRPr="00392D34">
        <w:rPr>
          <w:lang w:val="pt-BR"/>
        </w:rPr>
        <w:t xml:space="preserve">Ao inscrever-se, o atleta assume integralmente tais riscos, isentando a </w:t>
      </w:r>
      <w:r w:rsidR="002E0CDF" w:rsidRPr="002E0CDF">
        <w:rPr>
          <w:b/>
          <w:bCs/>
          <w:lang w:val="pt-BR"/>
        </w:rPr>
        <w:t>COMISSÃO ORGANIZADORA</w:t>
      </w:r>
      <w:r w:rsidR="002E0CDF">
        <w:rPr>
          <w:b/>
          <w:bCs/>
          <w:lang w:val="pt-BR"/>
        </w:rPr>
        <w:t xml:space="preserve"> </w:t>
      </w:r>
      <w:r w:rsidRPr="00392D34">
        <w:rPr>
          <w:lang w:val="pt-BR"/>
        </w:rPr>
        <w:t>de responsabilidade, exceto nos casos comprovados de dolo ou negligência grave.</w:t>
      </w:r>
    </w:p>
    <w:p w14:paraId="1E822BCB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>Art. 3</w:t>
      </w:r>
      <w:r w:rsidR="000E69D9">
        <w:rPr>
          <w:b/>
          <w:color w:val="061B43"/>
          <w:lang w:val="pt-BR"/>
        </w:rPr>
        <w:t>2</w:t>
      </w:r>
      <w:r w:rsidRPr="00392D34">
        <w:rPr>
          <w:b/>
          <w:color w:val="061B43"/>
          <w:lang w:val="pt-BR"/>
        </w:rPr>
        <w:t>º – DO ATENDIMENTO MÉDICO E SERVIÇOS DE EMERGÊNCIA</w:t>
      </w:r>
    </w:p>
    <w:p w14:paraId="02D6CA84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A Comissão Organizadora não se responsabiliza por despesas médicas, hospitalares,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medicamentosas ou indenizações decorrentes de acidentes, lesões ou intercorrências clínicas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ocorridas antes, durante ou após a prova.</w:t>
      </w:r>
    </w:p>
    <w:p w14:paraId="0523CD2C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§1º Em cumprimento às normas aplicáveis, será disponibilizado serviço de ambulância para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atendimento emergencial, destinado exclusivamente a primeiros socorros e, quando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necessário,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à remoção do atleta para unidade da Rede Pública de Saúde.</w:t>
      </w:r>
    </w:p>
    <w:p w14:paraId="4982D2B3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§2º O atendimento emergencial prestado no local não substitui acompanhamento médico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contínuo, exames, internações ou tratamentos posteriores, os quais serão de inteira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responsabilidade do atleta.</w:t>
      </w:r>
    </w:p>
    <w:p w14:paraId="3AD9F2F6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0E69D9">
        <w:rPr>
          <w:b/>
          <w:color w:val="061B43"/>
          <w:lang w:val="pt-BR"/>
        </w:rPr>
        <w:t>33</w:t>
      </w:r>
      <w:r w:rsidRPr="00392D34">
        <w:rPr>
          <w:b/>
          <w:color w:val="061B43"/>
          <w:lang w:val="pt-BR"/>
        </w:rPr>
        <w:t>º – DA EXCLUSÃO DE RESPONSABILIDADE POR CONDUTAS INADEQUADAS</w:t>
      </w:r>
    </w:p>
    <w:p w14:paraId="564A9F08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A organização não se responsabiliza por intercorrências de saúde decorrentes de:</w:t>
      </w:r>
    </w:p>
    <w:p w14:paraId="07C3E3AE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I – Omissão de informações relevantes sobre o estado de saúde do atleta;</w:t>
      </w:r>
    </w:p>
    <w:p w14:paraId="010241A9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II – Desrespeito às orientações da organização, equipe de apoio ou profissionais de saúde;</w:t>
      </w:r>
    </w:p>
    <w:p w14:paraId="4E9DB3C1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III – Uso de substâncias ilícitas, bebidas alcoólicas, anabolizantes ou medicamentos sem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prescrição médica;</w:t>
      </w:r>
    </w:p>
    <w:p w14:paraId="1305D845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IV – Participação em condições físicas incompatíveis com a prática esportiva segura.</w:t>
      </w:r>
    </w:p>
    <w:p w14:paraId="6246963F" w14:textId="77777777" w:rsidR="00E72C2D" w:rsidRPr="00250BBF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250BBF">
        <w:rPr>
          <w:b/>
          <w:bCs/>
          <w:color w:val="FFFFFF"/>
          <w:lang w:val="pt-BR"/>
        </w:rPr>
        <w:t>CAPÍTULO XIII – BANHEIROS E GUARDA-VOLUMES</w:t>
      </w:r>
    </w:p>
    <w:p w14:paraId="48FEDE28" w14:textId="77777777" w:rsidR="00E72C2D" w:rsidRPr="00392D34" w:rsidRDefault="00000000" w:rsidP="000E69D9">
      <w:pPr>
        <w:keepNext/>
        <w:spacing w:before="8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0E69D9">
        <w:rPr>
          <w:b/>
          <w:color w:val="061B43"/>
          <w:lang w:val="pt-BR"/>
        </w:rPr>
        <w:t>34</w:t>
      </w:r>
      <w:r w:rsidRPr="00392D34">
        <w:rPr>
          <w:b/>
          <w:color w:val="061B43"/>
          <w:lang w:val="pt-BR"/>
        </w:rPr>
        <w:t>º Haverá banheiros e guarda-volumes gratuitos à disposição dos atletas.</w:t>
      </w:r>
    </w:p>
    <w:p w14:paraId="749D7441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§1º O serviço de guarda-volumes será disponibilizado a partir de 1h30 (uma hora e trinta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minutos) antes da largada, devendo os pertences ser entregues impreterivelmente até 40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(quarenta) minutos antes do horário oficial da largada. Após esse prazo, o serviço funcionará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exclusivamente para devolução dos volumes, que deverá ocorrer até 1 (uma) hora após o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encerramento da prova ou até o término da premiação, o que ocorrer por último.</w:t>
      </w:r>
    </w:p>
    <w:p w14:paraId="5781C5A4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§2º A organização não recomenda a guarda de objetos de valor.</w:t>
      </w:r>
    </w:p>
    <w:p w14:paraId="2888114D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§3º Os volumes serão embalados em sacos fornecidos pela organização e identificados com o</w:t>
      </w:r>
      <w:r w:rsidR="000E69D9">
        <w:rPr>
          <w:lang w:val="pt-BR"/>
        </w:rPr>
        <w:t xml:space="preserve"> </w:t>
      </w:r>
      <w:r w:rsidRPr="00392D34">
        <w:rPr>
          <w:lang w:val="pt-BR"/>
        </w:rPr>
        <w:t>número do atleta.</w:t>
      </w:r>
    </w:p>
    <w:p w14:paraId="070C7FF5" w14:textId="77777777" w:rsidR="00E72C2D" w:rsidRPr="00392D34" w:rsidRDefault="00000000" w:rsidP="000E69D9">
      <w:pPr>
        <w:jc w:val="both"/>
        <w:rPr>
          <w:lang w:val="pt-BR"/>
        </w:rPr>
      </w:pPr>
      <w:r w:rsidRPr="00392D34">
        <w:rPr>
          <w:lang w:val="pt-BR"/>
        </w:rPr>
        <w:t>§4º A organização não se responsabiliza por extravio, furto ou danos.</w:t>
      </w:r>
    </w:p>
    <w:p w14:paraId="05958A56" w14:textId="77777777" w:rsidR="00E72C2D" w:rsidRPr="000E69D9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0E69D9">
        <w:rPr>
          <w:b/>
          <w:bCs/>
          <w:color w:val="FFFFFF"/>
          <w:lang w:val="pt-BR"/>
        </w:rPr>
        <w:t>CAPÍTULO XIV – DIREITO DE IMAGEM</w:t>
      </w:r>
    </w:p>
    <w:p w14:paraId="54E8BEC9" w14:textId="77777777" w:rsidR="00E72C2D" w:rsidRPr="00392D34" w:rsidRDefault="00000000" w:rsidP="00D91C76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D91C76">
        <w:rPr>
          <w:lang w:val="pt-BR"/>
        </w:rPr>
        <w:t>35</w:t>
      </w:r>
      <w:r w:rsidRPr="00392D34">
        <w:rPr>
          <w:lang w:val="pt-BR"/>
        </w:rPr>
        <w:t>º O atleta autoriza, de forma gratuita, definitiva e irrevogável, o uso de sua imagem,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nome e voz em fotos, vídeos, transmissões e materiais institucionais, promocionais ou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publicitários do evento.</w:t>
      </w:r>
      <w:r w:rsidR="00FA290E">
        <w:rPr>
          <w:lang w:val="pt-BR"/>
        </w:rPr>
        <w:t xml:space="preserve"> </w:t>
      </w:r>
      <w:r w:rsidR="00FA290E" w:rsidRPr="00FA290E">
        <w:rPr>
          <w:lang w:val="pt-BR"/>
        </w:rPr>
        <w:t>Inclusive em redes sociais, internet, televisão e demais meios de comunicação</w:t>
      </w:r>
      <w:r w:rsidR="00FA290E">
        <w:rPr>
          <w:lang w:val="pt-BR"/>
        </w:rPr>
        <w:t>.</w:t>
      </w:r>
    </w:p>
    <w:p w14:paraId="7FEC1209" w14:textId="77777777" w:rsidR="00E72C2D" w:rsidRPr="00D91C76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proofErr w:type="gramStart"/>
      <w:r w:rsidRPr="00D91C76">
        <w:rPr>
          <w:b/>
          <w:bCs/>
          <w:color w:val="FFFFFF"/>
          <w:lang w:val="pt-BR"/>
        </w:rPr>
        <w:t>CAPÍTULO  XV</w:t>
      </w:r>
      <w:proofErr w:type="gramEnd"/>
    </w:p>
    <w:p w14:paraId="1E7CEE7D" w14:textId="77777777" w:rsidR="00E72C2D" w:rsidRPr="00392D34" w:rsidRDefault="00000000" w:rsidP="00D91C76">
      <w:pPr>
        <w:keepNext/>
        <w:spacing w:after="80"/>
        <w:jc w:val="both"/>
        <w:rPr>
          <w:lang w:val="pt-BR"/>
        </w:rPr>
      </w:pPr>
      <w:r w:rsidRPr="00392D34">
        <w:rPr>
          <w:b/>
          <w:color w:val="FF5B0A"/>
          <w:lang w:val="pt-BR"/>
        </w:rPr>
        <w:t>RESPONSABILIDADE</w:t>
      </w:r>
    </w:p>
    <w:p w14:paraId="39D5F7C5" w14:textId="77777777" w:rsidR="00E72C2D" w:rsidRPr="00392D34" w:rsidRDefault="00000000" w:rsidP="00D91C76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D91C76">
        <w:rPr>
          <w:lang w:val="pt-BR"/>
        </w:rPr>
        <w:t>36</w:t>
      </w:r>
      <w:r w:rsidRPr="00392D34">
        <w:rPr>
          <w:lang w:val="pt-BR"/>
        </w:rPr>
        <w:t>º A organização não será responsabilizada por atrasos, alterações, suspensão ou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cancelamento do evento decorrentes de caso fortuito ou força maior.</w:t>
      </w:r>
    </w:p>
    <w:p w14:paraId="608F098B" w14:textId="77777777" w:rsidR="00E72C2D" w:rsidRPr="00392D34" w:rsidRDefault="00000000" w:rsidP="00D91C76">
      <w:pPr>
        <w:jc w:val="both"/>
        <w:rPr>
          <w:lang w:val="pt-BR"/>
        </w:rPr>
      </w:pPr>
      <w:r w:rsidRPr="00392D34">
        <w:rPr>
          <w:lang w:val="pt-BR"/>
        </w:rPr>
        <w:lastRenderedPageBreak/>
        <w:t xml:space="preserve">Art. </w:t>
      </w:r>
      <w:r w:rsidR="00D91C76">
        <w:rPr>
          <w:lang w:val="pt-BR"/>
        </w:rPr>
        <w:t>37</w:t>
      </w:r>
      <w:r w:rsidRPr="00392D34">
        <w:rPr>
          <w:lang w:val="pt-BR"/>
        </w:rPr>
        <w:t>º Em caso de cancelamento sem nova data, o atleta poderá optar por reembolso ou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crédito, conforme decisão da organização.</w:t>
      </w:r>
    </w:p>
    <w:p w14:paraId="6A6E168D" w14:textId="77777777" w:rsidR="00E72C2D" w:rsidRPr="00392D34" w:rsidRDefault="00000000" w:rsidP="00D91C76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D91C76">
        <w:rPr>
          <w:lang w:val="pt-BR"/>
        </w:rPr>
        <w:t>38</w:t>
      </w:r>
      <w:r w:rsidRPr="00392D34">
        <w:rPr>
          <w:lang w:val="pt-BR"/>
        </w:rPr>
        <w:t>º Eventual indenização, quando legalmente reconhecida, não excederá o valor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efetivamente pago pela inscrição.</w:t>
      </w:r>
    </w:p>
    <w:p w14:paraId="1C63FF22" w14:textId="77777777" w:rsidR="00E72C2D" w:rsidRPr="00D91C76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D91C76">
        <w:rPr>
          <w:b/>
          <w:bCs/>
          <w:color w:val="FFFFFF"/>
          <w:lang w:val="pt-BR"/>
        </w:rPr>
        <w:t>CAPÍTULO XVI – DA ESTRUTURA, SERVIÇOS E APOIO OPERACIONAL DO EVENTO</w:t>
      </w:r>
    </w:p>
    <w:p w14:paraId="433F8202" w14:textId="77777777" w:rsidR="00E72C2D" w:rsidRPr="00392D34" w:rsidRDefault="00000000" w:rsidP="00D91C76">
      <w:pPr>
        <w:keepNext/>
        <w:pBdr>
          <w:left w:val="single" w:sz="20" w:space="5" w:color="FF5B0A"/>
        </w:pBdr>
        <w:spacing w:before="120" w:after="40"/>
        <w:ind w:left="120"/>
        <w:jc w:val="both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D91C76">
        <w:rPr>
          <w:b/>
          <w:color w:val="061B43"/>
          <w:lang w:val="pt-BR"/>
        </w:rPr>
        <w:t>39</w:t>
      </w:r>
      <w:r w:rsidRPr="00392D34">
        <w:rPr>
          <w:b/>
          <w:color w:val="061B43"/>
          <w:lang w:val="pt-BR"/>
        </w:rPr>
        <w:t>º – DA ESTRUTURA GERAL DO EVENTO</w:t>
      </w:r>
    </w:p>
    <w:p w14:paraId="766B6B94" w14:textId="77777777" w:rsidR="00E72C2D" w:rsidRPr="00392D34" w:rsidRDefault="00000000" w:rsidP="00D91C76">
      <w:pPr>
        <w:jc w:val="both"/>
        <w:rPr>
          <w:lang w:val="pt-BR"/>
        </w:rPr>
      </w:pPr>
      <w:r w:rsidRPr="00392D34">
        <w:rPr>
          <w:lang w:val="pt-BR"/>
        </w:rPr>
        <w:t xml:space="preserve">A Corrida BASTIÃO RUN </w:t>
      </w:r>
      <w:r w:rsidR="00D91C76">
        <w:rPr>
          <w:lang w:val="pt-BR"/>
        </w:rPr>
        <w:t>AMANHECER – II EDIÇÃO</w:t>
      </w:r>
      <w:r w:rsidRPr="00392D34">
        <w:rPr>
          <w:lang w:val="pt-BR"/>
        </w:rPr>
        <w:t xml:space="preserve"> 2026 contará com estrutura operacional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compatível com o porte do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evento,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visando organização, segurança e apoio aos participantes,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podendo incluir, conforme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disponibilidade técnica e autorizações legais:</w:t>
      </w:r>
    </w:p>
    <w:p w14:paraId="120AF957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Equipe de balizamento e orientação de percurso;</w:t>
      </w:r>
    </w:p>
    <w:p w14:paraId="4A0C39B9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Equipe de apoio ao trânsito, em articulação com os órgãos competentes;</w:t>
      </w:r>
    </w:p>
    <w:p w14:paraId="520F541C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Pontos de hidratação ao longo do percurso e na chegada;</w:t>
      </w:r>
    </w:p>
    <w:p w14:paraId="311A9136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>-</w:t>
      </w:r>
      <w:r w:rsidRPr="00392D34">
        <w:rPr>
          <w:lang w:val="pt-BR"/>
        </w:rPr>
        <w:t xml:space="preserve"> Brigadistas e ambulância(s) para primeiros socorros e</w:t>
      </w:r>
      <w:r>
        <w:rPr>
          <w:lang w:val="pt-BR"/>
        </w:rPr>
        <w:t xml:space="preserve"> </w:t>
      </w:r>
      <w:r w:rsidRPr="00392D34">
        <w:rPr>
          <w:lang w:val="pt-BR"/>
        </w:rPr>
        <w:t>eventual remoção;</w:t>
      </w:r>
    </w:p>
    <w:p w14:paraId="634192B1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Guarda-volumes gratuito, conforme regras do regulamento;</w:t>
      </w:r>
    </w:p>
    <w:p w14:paraId="65A5747A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Limpeza básica do percurso e áreas do evento;</w:t>
      </w:r>
    </w:p>
    <w:p w14:paraId="177266E8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 xml:space="preserve">Pórtico de largada/chegada e </w:t>
      </w:r>
      <w:proofErr w:type="spellStart"/>
      <w:r w:rsidRPr="00392D34">
        <w:rPr>
          <w:lang w:val="pt-BR"/>
        </w:rPr>
        <w:t>backdrop</w:t>
      </w:r>
      <w:proofErr w:type="spellEnd"/>
      <w:r w:rsidRPr="00392D34">
        <w:rPr>
          <w:lang w:val="pt-BR"/>
        </w:rPr>
        <w:t xml:space="preserve"> institucional;</w:t>
      </w:r>
    </w:p>
    <w:p w14:paraId="1AE28C0E" w14:textId="77777777" w:rsidR="00E72C2D" w:rsidRPr="00392D34" w:rsidRDefault="00D91C76" w:rsidP="00D91C76">
      <w:pPr>
        <w:jc w:val="both"/>
        <w:rPr>
          <w:lang w:val="pt-BR"/>
        </w:rPr>
      </w:pPr>
      <w:r>
        <w:rPr>
          <w:lang w:val="pt-BR"/>
        </w:rPr>
        <w:t xml:space="preserve">- </w:t>
      </w:r>
      <w:r w:rsidRPr="00392D34">
        <w:rPr>
          <w:lang w:val="pt-BR"/>
        </w:rPr>
        <w:t>Equipe de fotografia e registro audiovisual.</w:t>
      </w:r>
    </w:p>
    <w:p w14:paraId="0023AA4A" w14:textId="77777777" w:rsidR="00E72C2D" w:rsidRPr="00392D34" w:rsidRDefault="00000000" w:rsidP="00250BBF">
      <w:pPr>
        <w:jc w:val="both"/>
        <w:rPr>
          <w:lang w:val="pt-BR"/>
        </w:rPr>
      </w:pPr>
      <w:r w:rsidRPr="00D91C76">
        <w:rPr>
          <w:b/>
          <w:bCs/>
          <w:lang w:val="pt-BR"/>
        </w:rPr>
        <w:t>Parágrafo único</w:t>
      </w:r>
      <w:r w:rsidRPr="00392D34">
        <w:rPr>
          <w:lang w:val="pt-BR"/>
        </w:rPr>
        <w:t>. A organização poderá ajustar a quantidade, localização ou formato dos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serviços acima descritos conforme condições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técnicas, operacionais, climáticas ou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determinações de autoridades competentes, sem que isso gere direito a indenização ou</w:t>
      </w:r>
      <w:r w:rsidR="00D91C76">
        <w:rPr>
          <w:lang w:val="pt-BR"/>
        </w:rPr>
        <w:t xml:space="preserve"> </w:t>
      </w:r>
      <w:r w:rsidRPr="00392D34">
        <w:rPr>
          <w:lang w:val="pt-BR"/>
        </w:rPr>
        <w:t>reembolso.</w:t>
      </w:r>
    </w:p>
    <w:p w14:paraId="73488B02" w14:textId="77777777" w:rsidR="00E72C2D" w:rsidRPr="00D91C76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D91C76">
        <w:rPr>
          <w:b/>
          <w:bCs/>
          <w:color w:val="FFFFFF"/>
          <w:lang w:val="pt-BR"/>
        </w:rPr>
        <w:t>CAPÍTULO XVII – DA REGULARIDADE LEGAL E AUTORIZAÇÕES PÚBLICAS</w:t>
      </w:r>
    </w:p>
    <w:p w14:paraId="4109B96C" w14:textId="77777777" w:rsidR="00E72C2D" w:rsidRPr="00392D34" w:rsidRDefault="00000000">
      <w:pPr>
        <w:keepNext/>
        <w:pBdr>
          <w:left w:val="single" w:sz="20" w:space="5" w:color="FF5B0A"/>
        </w:pBdr>
        <w:spacing w:before="120" w:after="40"/>
        <w:ind w:left="120"/>
        <w:rPr>
          <w:lang w:val="pt-BR"/>
        </w:rPr>
      </w:pPr>
      <w:r w:rsidRPr="00392D34">
        <w:rPr>
          <w:b/>
          <w:color w:val="061B43"/>
          <w:lang w:val="pt-BR"/>
        </w:rPr>
        <w:t xml:space="preserve">Art. </w:t>
      </w:r>
      <w:r w:rsidR="00103274">
        <w:rPr>
          <w:b/>
          <w:color w:val="061B43"/>
          <w:lang w:val="pt-BR"/>
        </w:rPr>
        <w:t>40</w:t>
      </w:r>
      <w:r w:rsidRPr="00392D34">
        <w:rPr>
          <w:b/>
          <w:color w:val="061B43"/>
          <w:lang w:val="pt-BR"/>
        </w:rPr>
        <w:t>º – DA REGULARIDADE LEGAL</w:t>
      </w:r>
    </w:p>
    <w:p w14:paraId="2D1B4977" w14:textId="77777777" w:rsidR="00E72C2D" w:rsidRPr="00392D34" w:rsidRDefault="00000000" w:rsidP="00103274">
      <w:pPr>
        <w:jc w:val="both"/>
        <w:rPr>
          <w:lang w:val="pt-BR"/>
        </w:rPr>
      </w:pPr>
      <w:r w:rsidRPr="00392D34">
        <w:rPr>
          <w:lang w:val="pt-BR"/>
        </w:rPr>
        <w:t xml:space="preserve">A Corrida </w:t>
      </w:r>
      <w:r w:rsidR="00103274" w:rsidRPr="00392D34">
        <w:rPr>
          <w:lang w:val="pt-BR"/>
        </w:rPr>
        <w:t xml:space="preserve">BASTIÃO RUN </w:t>
      </w:r>
      <w:r w:rsidR="00103274">
        <w:rPr>
          <w:lang w:val="pt-BR"/>
        </w:rPr>
        <w:t>AMANHECER – II EDIÇÃO</w:t>
      </w:r>
      <w:r w:rsidR="00103274" w:rsidRPr="00392D34">
        <w:rPr>
          <w:lang w:val="pt-BR"/>
        </w:rPr>
        <w:t xml:space="preserve"> 2026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será realizada em plena conformidade com a legislação vigente,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atendendo a todos os requisitos legais, técnicos e administrativos exigidos para a realização de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eventos esportivos no Município de São Sebastião do Passé – BA.</w:t>
      </w:r>
    </w:p>
    <w:p w14:paraId="0ADE1CEC" w14:textId="77777777" w:rsidR="00E72C2D" w:rsidRPr="00392D34" w:rsidRDefault="00103274" w:rsidP="00103274">
      <w:pPr>
        <w:jc w:val="both"/>
        <w:rPr>
          <w:lang w:val="pt-BR"/>
        </w:rPr>
      </w:pPr>
      <w:r>
        <w:rPr>
          <w:b/>
          <w:bCs/>
          <w:lang w:val="pt-BR"/>
        </w:rPr>
        <w:t>Parágrafo Único</w:t>
      </w:r>
      <w:r>
        <w:rPr>
          <w:lang w:val="pt-BR"/>
        </w:rPr>
        <w:t>:</w:t>
      </w:r>
      <w:r w:rsidRPr="00392D34">
        <w:rPr>
          <w:lang w:val="pt-BR"/>
        </w:rPr>
        <w:t xml:space="preserve"> Eventuais ajustes operacionais exigidos por órgãos públicos competentes</w:t>
      </w:r>
      <w:r>
        <w:rPr>
          <w:lang w:val="pt-BR"/>
        </w:rPr>
        <w:t xml:space="preserve"> </w:t>
      </w:r>
      <w:r w:rsidRPr="00392D34">
        <w:rPr>
          <w:lang w:val="pt-BR"/>
        </w:rPr>
        <w:t>poderão ser</w:t>
      </w:r>
      <w:r>
        <w:rPr>
          <w:lang w:val="pt-BR"/>
        </w:rPr>
        <w:t xml:space="preserve"> </w:t>
      </w:r>
      <w:r w:rsidRPr="00392D34">
        <w:rPr>
          <w:lang w:val="pt-BR"/>
        </w:rPr>
        <w:t>realizados pela organização, inclusive quanto a horários, percurso, estrutura ou logística, sem</w:t>
      </w:r>
      <w:r>
        <w:rPr>
          <w:lang w:val="pt-BR"/>
        </w:rPr>
        <w:t xml:space="preserve"> </w:t>
      </w:r>
      <w:r w:rsidRPr="00392D34">
        <w:rPr>
          <w:lang w:val="pt-BR"/>
        </w:rPr>
        <w:t>que isso gere direito a reembolso ou indenização, desde que mantida a realização do evento.</w:t>
      </w:r>
    </w:p>
    <w:p w14:paraId="0608302D" w14:textId="77777777" w:rsidR="00E72C2D" w:rsidRPr="00392D34" w:rsidRDefault="00000000">
      <w:pPr>
        <w:keepNext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lang w:val="pt-BR"/>
        </w:rPr>
      </w:pPr>
      <w:r w:rsidRPr="00103274">
        <w:rPr>
          <w:b/>
          <w:bCs/>
          <w:color w:val="FFFFFF"/>
          <w:lang w:val="pt-BR"/>
        </w:rPr>
        <w:t>CAPÍTULO XVIII –</w:t>
      </w:r>
      <w:r w:rsidR="00103274">
        <w:rPr>
          <w:b/>
          <w:bCs/>
          <w:color w:val="FFFFFF"/>
          <w:lang w:val="pt-BR"/>
        </w:rPr>
        <w:t xml:space="preserve"> </w:t>
      </w:r>
      <w:r w:rsidRPr="00103274">
        <w:rPr>
          <w:b/>
          <w:bCs/>
          <w:color w:val="FFFFFF"/>
          <w:lang w:val="pt-BR"/>
        </w:rPr>
        <w:t>DISPOSIÇÕES FINAIS</w:t>
      </w:r>
    </w:p>
    <w:p w14:paraId="032CE8CC" w14:textId="77777777" w:rsidR="00E72C2D" w:rsidRPr="00392D34" w:rsidRDefault="00000000" w:rsidP="00103274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103274">
        <w:rPr>
          <w:lang w:val="pt-BR"/>
        </w:rPr>
        <w:t>41</w:t>
      </w:r>
      <w:r w:rsidRPr="00392D34">
        <w:rPr>
          <w:lang w:val="pt-BR"/>
        </w:rPr>
        <w:t xml:space="preserve">º A inscrição na Corrida </w:t>
      </w:r>
      <w:r w:rsidR="00103274" w:rsidRPr="00392D34">
        <w:rPr>
          <w:lang w:val="pt-BR"/>
        </w:rPr>
        <w:t xml:space="preserve">BASTIÃO RUN </w:t>
      </w:r>
      <w:r w:rsidR="00103274">
        <w:rPr>
          <w:lang w:val="pt-BR"/>
        </w:rPr>
        <w:t>AMANHECER – II EDIÇÃO</w:t>
      </w:r>
      <w:r w:rsidR="00103274" w:rsidRPr="00392D34">
        <w:rPr>
          <w:lang w:val="pt-BR"/>
        </w:rPr>
        <w:t xml:space="preserve"> 2026</w:t>
      </w:r>
      <w:r w:rsidRPr="00392D34">
        <w:rPr>
          <w:lang w:val="pt-BR"/>
        </w:rPr>
        <w:t xml:space="preserve"> implica aceitação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total e irrestrita deste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regulamento.</w:t>
      </w:r>
    </w:p>
    <w:p w14:paraId="6CEB814B" w14:textId="77777777" w:rsidR="00E72C2D" w:rsidRDefault="00000000" w:rsidP="00103274">
      <w:pPr>
        <w:jc w:val="both"/>
        <w:rPr>
          <w:lang w:val="pt-BR"/>
        </w:rPr>
      </w:pPr>
      <w:r w:rsidRPr="00392D34">
        <w:rPr>
          <w:lang w:val="pt-BR"/>
        </w:rPr>
        <w:t xml:space="preserve">Art. </w:t>
      </w:r>
      <w:r w:rsidR="00103274">
        <w:rPr>
          <w:lang w:val="pt-BR"/>
        </w:rPr>
        <w:t>42</w:t>
      </w:r>
      <w:r w:rsidRPr="00392D34">
        <w:rPr>
          <w:lang w:val="pt-BR"/>
        </w:rPr>
        <w:t>º Os casos omissos serão resolvidos soberanamente pela Comissão Organizadora, não</w:t>
      </w:r>
      <w:r w:rsidR="00103274">
        <w:rPr>
          <w:lang w:val="pt-BR"/>
        </w:rPr>
        <w:t xml:space="preserve"> </w:t>
      </w:r>
      <w:r w:rsidRPr="00392D34">
        <w:rPr>
          <w:lang w:val="pt-BR"/>
        </w:rPr>
        <w:t>cabendo recurso.</w:t>
      </w:r>
    </w:p>
    <w:p w14:paraId="21CC1A61" w14:textId="77777777" w:rsidR="00103274" w:rsidRDefault="00103274" w:rsidP="00103274">
      <w:pPr>
        <w:spacing w:after="0" w:line="20" w:lineRule="exact"/>
        <w:jc w:val="both"/>
        <w:rPr>
          <w:lang w:val="pt-BR"/>
        </w:rPr>
      </w:pPr>
    </w:p>
    <w:p w14:paraId="2E1CB6A8" w14:textId="77777777" w:rsidR="00103274" w:rsidRPr="00392D34" w:rsidRDefault="00103274" w:rsidP="00103274">
      <w:pPr>
        <w:spacing w:after="0" w:line="20" w:lineRule="exact"/>
        <w:jc w:val="both"/>
        <w:rPr>
          <w:lang w:val="pt-BR"/>
        </w:rPr>
      </w:pPr>
    </w:p>
    <w:p w14:paraId="1E982672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São Sebastião do Passé</w:t>
      </w:r>
      <w:r w:rsidR="00103274">
        <w:rPr>
          <w:lang w:val="pt-BR"/>
        </w:rPr>
        <w:t xml:space="preserve"> - </w:t>
      </w:r>
      <w:r w:rsidRPr="00392D34">
        <w:rPr>
          <w:lang w:val="pt-BR"/>
        </w:rPr>
        <w:t xml:space="preserve">BA, </w:t>
      </w:r>
      <w:r w:rsidR="00103274">
        <w:rPr>
          <w:lang w:val="pt-BR"/>
        </w:rPr>
        <w:t>17</w:t>
      </w:r>
      <w:r w:rsidRPr="00392D34">
        <w:rPr>
          <w:lang w:val="pt-BR"/>
        </w:rPr>
        <w:t>/0</w:t>
      </w:r>
      <w:r w:rsidR="00103274">
        <w:rPr>
          <w:lang w:val="pt-BR"/>
        </w:rPr>
        <w:t>7</w:t>
      </w:r>
      <w:r w:rsidRPr="00392D34">
        <w:rPr>
          <w:lang w:val="pt-BR"/>
        </w:rPr>
        <w:t>/2026</w:t>
      </w:r>
    </w:p>
    <w:p w14:paraId="4E07ADF8" w14:textId="77777777" w:rsidR="00103274" w:rsidRDefault="00103274">
      <w:pPr>
        <w:spacing w:after="0" w:line="20" w:lineRule="exact"/>
        <w:rPr>
          <w:lang w:val="pt-BR"/>
        </w:rPr>
      </w:pPr>
    </w:p>
    <w:p w14:paraId="17A9D2AC" w14:textId="77777777" w:rsidR="00E72C2D" w:rsidRPr="00250BBF" w:rsidRDefault="00000000">
      <w:pPr>
        <w:pBdr>
          <w:left w:val="single" w:sz="18" w:space="5" w:color="FF5B0A"/>
        </w:pBdr>
        <w:shd w:val="clear" w:color="auto" w:fill="EAF2FF"/>
        <w:spacing w:before="140"/>
        <w:ind w:left="120"/>
        <w:rPr>
          <w:b/>
          <w:bCs/>
          <w:lang w:val="pt-BR"/>
        </w:rPr>
      </w:pPr>
      <w:r w:rsidRPr="00250BBF">
        <w:rPr>
          <w:b/>
          <w:bCs/>
          <w:color w:val="061B43"/>
          <w:lang w:val="pt-BR"/>
        </w:rPr>
        <w:t xml:space="preserve">ORGANIZAÇÃO </w:t>
      </w:r>
      <w:r w:rsidR="00103274" w:rsidRPr="00250BBF">
        <w:rPr>
          <w:b/>
          <w:bCs/>
          <w:color w:val="061B43"/>
          <w:lang w:val="pt-BR"/>
        </w:rPr>
        <w:t>BASTIÃO RUN AMANHECER – II EDIÇÃO 2026</w:t>
      </w:r>
    </w:p>
    <w:p w14:paraId="6903C036" w14:textId="77777777" w:rsidR="00103274" w:rsidRDefault="00103274" w:rsidP="00F83FF4">
      <w:pPr>
        <w:spacing w:after="0" w:line="20" w:lineRule="exact"/>
        <w:rPr>
          <w:lang w:val="pt-BR"/>
        </w:rPr>
      </w:pPr>
    </w:p>
    <w:p w14:paraId="4FF1CC81" w14:textId="77777777" w:rsidR="00F83FF4" w:rsidRPr="00F83FF4" w:rsidRDefault="00103274" w:rsidP="00F83FF4">
      <w:pPr>
        <w:pStyle w:val="Body"/>
        <w:numPr>
          <w:ilvl w:val="0"/>
          <w:numId w:val="10"/>
        </w:numPr>
        <w:spacing w:after="60" w:line="252" w:lineRule="auto"/>
        <w:ind w:right="-20"/>
        <w:jc w:val="both"/>
        <w:rPr>
          <w:rFonts w:asciiTheme="majorHAnsi" w:hAnsiTheme="majorHAnsi" w:cstheme="majorHAnsi"/>
          <w:spacing w:val="5"/>
          <w:sz w:val="22"/>
          <w:szCs w:val="22"/>
        </w:rPr>
      </w:pPr>
      <w:r w:rsidRPr="00F83FF4">
        <w:rPr>
          <w:rFonts w:asciiTheme="majorHAnsi" w:eastAsia="Arial" w:hAnsiTheme="majorHAnsi" w:cstheme="majorHAnsi"/>
          <w:b/>
          <w:bCs/>
          <w:spacing w:val="5"/>
          <w:sz w:val="20"/>
          <w:szCs w:val="22"/>
        </w:rPr>
        <w:t>Adriano Oliveira</w:t>
      </w:r>
      <w:r w:rsidR="00F83FF4">
        <w:rPr>
          <w:rFonts w:asciiTheme="majorHAnsi" w:eastAsia="Arial" w:hAnsiTheme="majorHAnsi" w:cstheme="majorHAnsi"/>
          <w:spacing w:val="5"/>
          <w:sz w:val="20"/>
          <w:szCs w:val="22"/>
        </w:rPr>
        <w:t>:</w:t>
      </w:r>
      <w:r w:rsidR="00F83FF4" w:rsidRPr="00F83FF4">
        <w:rPr>
          <w:rFonts w:asciiTheme="majorHAnsi" w:eastAsia="Arial" w:hAnsiTheme="majorHAnsi" w:cstheme="majorHAnsi"/>
          <w:spacing w:val="5"/>
          <w:sz w:val="20"/>
          <w:szCs w:val="22"/>
        </w:rPr>
        <w:t xml:space="preserve"> </w:t>
      </w:r>
      <w:r w:rsidR="00F83FF4">
        <w:rPr>
          <w:rFonts w:asciiTheme="majorHAnsi" w:eastAsia="Arial" w:hAnsiTheme="majorHAnsi" w:cstheme="majorHAnsi"/>
          <w:spacing w:val="5"/>
          <w:sz w:val="20"/>
          <w:szCs w:val="22"/>
        </w:rPr>
        <w:t xml:space="preserve">(71) 9 9984-8877 - </w:t>
      </w:r>
      <w:r w:rsidR="00F83FF4" w:rsidRPr="00F83FF4">
        <w:rPr>
          <w:rFonts w:asciiTheme="majorHAnsi" w:eastAsia="Arial" w:hAnsiTheme="majorHAnsi" w:cstheme="majorHAnsi"/>
          <w:spacing w:val="5"/>
          <w:sz w:val="20"/>
          <w:szCs w:val="22"/>
        </w:rPr>
        <w:t>Responsável Técnico Cref13/BA: 020382-G/BA</w:t>
      </w:r>
    </w:p>
    <w:p w14:paraId="0A3F587E" w14:textId="77777777" w:rsidR="00F83FF4" w:rsidRPr="00F83FF4" w:rsidRDefault="00F83FF4" w:rsidP="00F83FF4">
      <w:pPr>
        <w:pStyle w:val="Body"/>
        <w:numPr>
          <w:ilvl w:val="0"/>
          <w:numId w:val="10"/>
        </w:numPr>
        <w:spacing w:after="60" w:line="252" w:lineRule="auto"/>
        <w:ind w:right="-20"/>
        <w:rPr>
          <w:rFonts w:asciiTheme="majorHAnsi" w:hAnsiTheme="majorHAnsi" w:cstheme="majorHAnsi"/>
          <w:sz w:val="22"/>
          <w:szCs w:val="22"/>
        </w:rPr>
      </w:pPr>
      <w:r w:rsidRPr="00F83FF4">
        <w:rPr>
          <w:rFonts w:asciiTheme="majorHAnsi" w:eastAsia="Arial" w:hAnsiTheme="majorHAnsi" w:cstheme="majorHAnsi"/>
          <w:b/>
          <w:bCs/>
          <w:spacing w:val="5"/>
          <w:sz w:val="20"/>
          <w:szCs w:val="22"/>
        </w:rPr>
        <w:t>Luiz Lago</w:t>
      </w:r>
      <w:r w:rsidRPr="00F83FF4">
        <w:rPr>
          <w:rFonts w:asciiTheme="majorHAnsi" w:eastAsia="Arial" w:hAnsiTheme="majorHAnsi" w:cstheme="majorHAnsi"/>
          <w:spacing w:val="5"/>
          <w:sz w:val="20"/>
          <w:szCs w:val="22"/>
        </w:rPr>
        <w:t>: (71) 9 9204-7947</w:t>
      </w:r>
    </w:p>
    <w:p w14:paraId="3B329544" w14:textId="77777777" w:rsidR="00F83FF4" w:rsidRPr="00F83FF4" w:rsidRDefault="00F83FF4" w:rsidP="00F83FF4">
      <w:pPr>
        <w:pStyle w:val="Body"/>
        <w:numPr>
          <w:ilvl w:val="0"/>
          <w:numId w:val="10"/>
        </w:numPr>
        <w:spacing w:after="60" w:line="252" w:lineRule="auto"/>
        <w:ind w:right="-20"/>
        <w:rPr>
          <w:rFonts w:asciiTheme="majorHAnsi" w:hAnsiTheme="majorHAnsi" w:cstheme="majorHAnsi"/>
          <w:sz w:val="22"/>
          <w:szCs w:val="22"/>
        </w:rPr>
      </w:pPr>
      <w:proofErr w:type="spellStart"/>
      <w:r w:rsidRPr="00F83FF4">
        <w:rPr>
          <w:rFonts w:asciiTheme="majorHAnsi" w:eastAsia="Arial" w:hAnsiTheme="majorHAnsi" w:cstheme="majorHAnsi"/>
          <w:spacing w:val="5"/>
          <w:sz w:val="20"/>
          <w:szCs w:val="22"/>
        </w:rPr>
        <w:t>Mardson</w:t>
      </w:r>
      <w:proofErr w:type="spellEnd"/>
      <w:r w:rsidRPr="00F83FF4">
        <w:rPr>
          <w:rFonts w:asciiTheme="majorHAnsi" w:eastAsia="Arial" w:hAnsiTheme="majorHAnsi" w:cstheme="majorHAnsi"/>
          <w:spacing w:val="5"/>
          <w:sz w:val="20"/>
          <w:szCs w:val="22"/>
        </w:rPr>
        <w:t xml:space="preserve"> Ramos: (71) 9 9335-3366</w:t>
      </w:r>
    </w:p>
    <w:p w14:paraId="1E953416" w14:textId="77777777" w:rsidR="00F83FF4" w:rsidRDefault="00F83FF4">
      <w:pPr>
        <w:spacing w:after="0" w:line="20" w:lineRule="exact"/>
        <w:rPr>
          <w:lang w:val="pt-BR"/>
        </w:rPr>
      </w:pPr>
    </w:p>
    <w:p w14:paraId="5CFBF66C" w14:textId="77777777" w:rsidR="00E72C2D" w:rsidRPr="00392D34" w:rsidRDefault="00000000">
      <w:pPr>
        <w:rPr>
          <w:lang w:val="pt-BR"/>
        </w:rPr>
      </w:pPr>
      <w:r w:rsidRPr="00392D34">
        <w:rPr>
          <w:lang w:val="pt-BR"/>
        </w:rPr>
        <w:t>📧 bastiaonightrun@gmail.com</w:t>
      </w:r>
    </w:p>
    <w:p w14:paraId="4929838C" w14:textId="77777777" w:rsidR="00103274" w:rsidRDefault="00103274">
      <w:pPr>
        <w:spacing w:after="0" w:line="20" w:lineRule="exact"/>
        <w:rPr>
          <w:lang w:val="pt-BR"/>
        </w:rPr>
      </w:pPr>
      <w:r>
        <w:rPr>
          <w:sz w:val="2"/>
          <w:lang w:val="pt-BR"/>
        </w:rPr>
        <w:br w:type="page"/>
      </w:r>
    </w:p>
    <w:p w14:paraId="58A8646E" w14:textId="77777777" w:rsidR="00E72C2D" w:rsidRPr="00F83FF4" w:rsidRDefault="00000000" w:rsidP="00250BBF">
      <w:pPr>
        <w:keepNext/>
        <w:pageBreakBefore/>
        <w:pBdr>
          <w:bottom w:val="single" w:sz="16" w:space="2" w:color="FF5B0A"/>
        </w:pBdr>
        <w:shd w:val="clear" w:color="auto" w:fill="061B43"/>
        <w:spacing w:before="180" w:after="100"/>
        <w:ind w:left="100" w:right="100"/>
        <w:rPr>
          <w:b/>
          <w:bCs/>
          <w:lang w:val="pt-BR"/>
        </w:rPr>
      </w:pPr>
      <w:r w:rsidRPr="00F83FF4">
        <w:rPr>
          <w:b/>
          <w:bCs/>
          <w:color w:val="FFFFFF"/>
          <w:lang w:val="pt-BR"/>
        </w:rPr>
        <w:lastRenderedPageBreak/>
        <w:t>ANEXO I – TERMO DE RESPONSABILIDADE (ATLETA MENOR DE IDADE)</w:t>
      </w:r>
    </w:p>
    <w:p w14:paraId="4F21B03E" w14:textId="77777777" w:rsidR="00E72C2D" w:rsidRPr="00392D34" w:rsidRDefault="00F83FF4" w:rsidP="00250BBF">
      <w:pPr>
        <w:jc w:val="both"/>
        <w:rPr>
          <w:lang w:val="pt-BR"/>
        </w:rPr>
      </w:pPr>
      <w:r>
        <w:rPr>
          <w:lang w:val="pt-BR"/>
        </w:rPr>
        <w:t xml:space="preserve">CORRIDA </w:t>
      </w:r>
      <w:r w:rsidRPr="00392D34">
        <w:rPr>
          <w:lang w:val="pt-BR"/>
        </w:rPr>
        <w:t xml:space="preserve">BASTIÃO RUN </w:t>
      </w:r>
      <w:r>
        <w:rPr>
          <w:lang w:val="pt-BR"/>
        </w:rPr>
        <w:t xml:space="preserve">AMANHECER </w:t>
      </w:r>
      <w:r w:rsidRPr="00392D34">
        <w:rPr>
          <w:lang w:val="pt-BR"/>
        </w:rPr>
        <w:t>2026 – II EDIÇÃO AMANHECER</w:t>
      </w:r>
    </w:p>
    <w:p w14:paraId="5A732405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Eu, ________________________________________________________,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nacionalidade ______________________, estado civil ______________________,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portador(a)</w:t>
      </w:r>
      <w:r w:rsidR="00F83FF4">
        <w:rPr>
          <w:lang w:val="pt-BR"/>
        </w:rPr>
        <w:t xml:space="preserve"> do RG nº </w:t>
      </w:r>
      <w:r w:rsidRPr="00392D34">
        <w:rPr>
          <w:lang w:val="pt-BR"/>
        </w:rPr>
        <w:t>__________________________,</w:t>
      </w:r>
      <w:r w:rsidR="00F83FF4">
        <w:rPr>
          <w:lang w:val="pt-BR"/>
        </w:rPr>
        <w:t xml:space="preserve"> e CPF nº _______________________, </w:t>
      </w:r>
      <w:r w:rsidRPr="00392D34">
        <w:rPr>
          <w:lang w:val="pt-BR"/>
        </w:rPr>
        <w:t>residente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e</w:t>
      </w:r>
      <w:r w:rsidR="00F83FF4">
        <w:rPr>
          <w:lang w:val="pt-BR"/>
        </w:rPr>
        <w:t xml:space="preserve"> domiciliado(a) à </w:t>
      </w:r>
      <w:r w:rsidRPr="00392D34">
        <w:rPr>
          <w:lang w:val="pt-BR"/>
        </w:rPr>
        <w:t>_______________________________________________________,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na cidade de _______________________________, Estado __________,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na  qualidade  de  pai,  mãe  ou  responsável legal, DECLARO, para todos os fins de direito, que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AUTORIZO a participação do(a) atleta menor:</w:t>
      </w:r>
    </w:p>
    <w:p w14:paraId="0E39CA6E" w14:textId="77777777" w:rsidR="00F83FF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Nome do(a) atleta: __________________________________________________________</w:t>
      </w:r>
      <w:r w:rsidR="00F83FF4">
        <w:rPr>
          <w:lang w:val="pt-BR"/>
        </w:rPr>
        <w:t xml:space="preserve"> </w:t>
      </w:r>
    </w:p>
    <w:p w14:paraId="5A17A60A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Data de nascimento: ____ / ____ / ______</w:t>
      </w:r>
    </w:p>
    <w:p w14:paraId="5849C3CB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Documento de identidade ou certidão de nascimento: ____________________________</w:t>
      </w:r>
    </w:p>
    <w:p w14:paraId="20E92DBF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 xml:space="preserve">na </w:t>
      </w:r>
      <w:r w:rsidR="00F83FF4">
        <w:rPr>
          <w:lang w:val="pt-BR"/>
        </w:rPr>
        <w:t xml:space="preserve">CORRIDA </w:t>
      </w:r>
      <w:r w:rsidRPr="00392D34">
        <w:rPr>
          <w:lang w:val="pt-BR"/>
        </w:rPr>
        <w:t xml:space="preserve">BASTIÃO RUN </w:t>
      </w:r>
      <w:r w:rsidR="00F83FF4">
        <w:rPr>
          <w:lang w:val="pt-BR"/>
        </w:rPr>
        <w:t xml:space="preserve">AMANHECER </w:t>
      </w:r>
      <w:r w:rsidRPr="00392D34">
        <w:rPr>
          <w:lang w:val="pt-BR"/>
        </w:rPr>
        <w:t>2026 – II EDIÇÃO AMANHECER, a ser realizada na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cidade de São Sebastião do Passé</w:t>
      </w:r>
      <w:r w:rsidR="00F83FF4">
        <w:rPr>
          <w:lang w:val="pt-BR"/>
        </w:rPr>
        <w:t xml:space="preserve"> - </w:t>
      </w:r>
      <w:r w:rsidRPr="00392D34">
        <w:rPr>
          <w:lang w:val="pt-BR"/>
        </w:rPr>
        <w:t>BA, nas condições</w:t>
      </w:r>
      <w:r w:rsidR="00F83FF4">
        <w:rPr>
          <w:lang w:val="pt-BR"/>
        </w:rPr>
        <w:t xml:space="preserve"> </w:t>
      </w:r>
      <w:r w:rsidRPr="00392D34">
        <w:rPr>
          <w:lang w:val="pt-BR"/>
        </w:rPr>
        <w:t>previstas no Regulamento Oficial do Evento, o qual declaro conhecer, ler integralmente e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aceitar sem quaisquer ressalvas.</w:t>
      </w:r>
    </w:p>
    <w:p w14:paraId="2C8CBA8D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Declaro, ainda, que:</w:t>
      </w:r>
    </w:p>
    <w:p w14:paraId="2DDD759C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I – O(a) atleta menor encontra-se em plenas condições físicas e clínicas para participar da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prova,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estando apto(a) à prática de atividade física compatível com a distância escolhida;</w:t>
      </w:r>
    </w:p>
    <w:p w14:paraId="23F5B8F7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II – O(a) atleta menor realizou, ou foi orientado(a) a realizar, avaliação médica prévia,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assumindo integral responsabilidade pela sua condição de saúde;</w:t>
      </w:r>
    </w:p>
    <w:p w14:paraId="24C5A6A9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III – Estou ciente dos riscos inerentes à prática esportiva, incluindo quedas, lesões, exaustão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física, alterações climáticas e eventuais intercorrências de saúde;</w:t>
      </w:r>
    </w:p>
    <w:p w14:paraId="4D976D72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IV – Assumo total responsabilidade civil, administrativa e criminal por qualquer ocorrência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envolvendo o(a) atleta menor, antes, durante ou após a prova;</w:t>
      </w:r>
    </w:p>
    <w:p w14:paraId="454E9644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V – Isento expressamente a ORGANIZAÇÃO, seus patrocinadores, apoiadores, parceiros,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colaboradores e prestadores de serviço de qualquer responsabilidade por danos, lesões ou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intercorrências de saúde, exceto nos casos comprovados de dolo ou negligência grave;</w:t>
      </w:r>
    </w:p>
    <w:p w14:paraId="72E77F19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VI – Comprometo-me a cumprir e fazer cumprir todas as normas previstas no Regulamento da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 xml:space="preserve">Corrida </w:t>
      </w:r>
      <w:r w:rsidR="00250BBF" w:rsidRPr="00392D34">
        <w:rPr>
          <w:lang w:val="pt-BR"/>
        </w:rPr>
        <w:t xml:space="preserve">BASTIÃO RUN </w:t>
      </w:r>
      <w:r w:rsidR="00250BBF">
        <w:rPr>
          <w:lang w:val="pt-BR"/>
        </w:rPr>
        <w:t xml:space="preserve">AMANHECER </w:t>
      </w:r>
      <w:r w:rsidR="00250BBF" w:rsidRPr="00392D34">
        <w:rPr>
          <w:lang w:val="pt-BR"/>
        </w:rPr>
        <w:t>2026 – II EDIÇÃO AMANHECER</w:t>
      </w:r>
      <w:r w:rsidRPr="00392D34">
        <w:rPr>
          <w:lang w:val="pt-BR"/>
        </w:rPr>
        <w:t>.</w:t>
      </w:r>
    </w:p>
    <w:p w14:paraId="3603DE77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Declaro, por fim, que as informações acima são verdadeiras, estando ciente de que a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prestação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de informação falsa poderá ensejar impedimento da participação do atleta menor,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sem direito a</w:t>
      </w:r>
      <w:r w:rsidR="00250BBF">
        <w:rPr>
          <w:lang w:val="pt-BR"/>
        </w:rPr>
        <w:t xml:space="preserve"> </w:t>
      </w:r>
      <w:r w:rsidRPr="00392D34">
        <w:rPr>
          <w:lang w:val="pt-BR"/>
        </w:rPr>
        <w:t>reembolso, além das demais medidas legais cabíveis.</w:t>
      </w:r>
    </w:p>
    <w:p w14:paraId="4D7A42C9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São Sebastião do Passé</w:t>
      </w:r>
      <w:r w:rsidR="00250BBF">
        <w:rPr>
          <w:lang w:val="pt-BR"/>
        </w:rPr>
        <w:t xml:space="preserve"> - </w:t>
      </w:r>
      <w:r w:rsidRPr="00392D34">
        <w:rPr>
          <w:lang w:val="pt-BR"/>
        </w:rPr>
        <w:t xml:space="preserve">BA, ____ de ____________________________ </w:t>
      </w:r>
      <w:proofErr w:type="spellStart"/>
      <w:r w:rsidRPr="00392D34">
        <w:rPr>
          <w:lang w:val="pt-BR"/>
        </w:rPr>
        <w:t>de</w:t>
      </w:r>
      <w:proofErr w:type="spellEnd"/>
      <w:r w:rsidRPr="00392D34">
        <w:rPr>
          <w:lang w:val="pt-BR"/>
        </w:rPr>
        <w:t xml:space="preserve"> 2026.</w:t>
      </w:r>
    </w:p>
    <w:p w14:paraId="666104C4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Assinatura do Responsável Legal</w:t>
      </w:r>
    </w:p>
    <w:p w14:paraId="3300B4B0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Nome completo: ____________________________________________</w:t>
      </w:r>
    </w:p>
    <w:p w14:paraId="3D20837A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RG: ____________________________________________</w:t>
      </w:r>
    </w:p>
    <w:p w14:paraId="2360BA5C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CPF: ____________________________________________</w:t>
      </w:r>
    </w:p>
    <w:p w14:paraId="50DA297F" w14:textId="77777777" w:rsidR="00E72C2D" w:rsidRPr="00392D34" w:rsidRDefault="00000000" w:rsidP="00250BBF">
      <w:pPr>
        <w:jc w:val="both"/>
        <w:rPr>
          <w:lang w:val="pt-BR"/>
        </w:rPr>
      </w:pPr>
      <w:r w:rsidRPr="00392D34">
        <w:rPr>
          <w:lang w:val="pt-BR"/>
        </w:rPr>
        <w:t>Telefone: _______________________________________</w:t>
      </w:r>
    </w:p>
    <w:sectPr w:rsidR="00E72C2D" w:rsidRPr="00392D34" w:rsidSect="00250BB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993" w:right="1800" w:bottom="1440" w:left="1800" w:header="317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7F291" w14:textId="77777777" w:rsidR="008F1435" w:rsidRDefault="008F1435">
      <w:pPr>
        <w:spacing w:after="0" w:line="240" w:lineRule="auto"/>
      </w:pPr>
      <w:r>
        <w:separator/>
      </w:r>
    </w:p>
  </w:endnote>
  <w:endnote w:type="continuationSeparator" w:id="0">
    <w:p w14:paraId="129EA2EF" w14:textId="77777777" w:rsidR="008F1435" w:rsidRDefault="008F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480"/>
      <w:gridCol w:w="2160"/>
    </w:tblGrid>
    <w:tr w:rsidR="00E029A6" w14:paraId="389D7B86" w14:textId="77777777">
      <w:trPr>
        <w:jc w:val="center"/>
      </w:trPr>
      <w:tc>
        <w:tcPr>
          <w:tcW w:w="6480" w:type="dxa"/>
          <w:tcBorders>
            <w:top w:val="single" w:sz="10" w:space="0" w:color="FF5B0A"/>
          </w:tcBorders>
          <w:tcMar>
            <w:top w:w="25" w:type="dxa"/>
            <w:left w:w="15" w:type="dxa"/>
            <w:bottom w:w="0" w:type="dxa"/>
            <w:right w:w="15" w:type="dxa"/>
          </w:tcMar>
        </w:tcPr>
        <w:p w14:paraId="3F727DBF" w14:textId="77777777" w:rsidR="00E029A6" w:rsidRDefault="00000000">
          <w:pPr>
            <w:spacing w:after="0"/>
          </w:pPr>
          <w:r>
            <w:rPr>
              <w:b/>
              <w:color w:val="061B43"/>
              <w:sz w:val="15"/>
            </w:rPr>
            <w:t>BASTIÃO RUN AMANHECER 2026 – II EDIÇÃO</w:t>
          </w:r>
        </w:p>
      </w:tc>
      <w:tc>
        <w:tcPr>
          <w:tcW w:w="2160" w:type="dxa"/>
          <w:tcBorders>
            <w:top w:val="single" w:sz="10" w:space="0" w:color="FF5B0A"/>
          </w:tcBorders>
          <w:tcMar>
            <w:top w:w="25" w:type="dxa"/>
            <w:left w:w="15" w:type="dxa"/>
            <w:bottom w:w="0" w:type="dxa"/>
            <w:right w:w="15" w:type="dxa"/>
          </w:tcMar>
        </w:tcPr>
        <w:p w14:paraId="264ED065" w14:textId="77777777" w:rsidR="00E029A6" w:rsidRDefault="00000000">
          <w:pPr>
            <w:spacing w:after="0"/>
            <w:jc w:val="right"/>
          </w:pPr>
          <w:r>
            <w:rPr>
              <w:color w:val="5B6473"/>
              <w:sz w:val="15"/>
            </w:rPr>
            <w:t xml:space="preserve">Página </w:t>
          </w:r>
          <w:r>
            <w:rPr>
              <w:b/>
              <w:color w:val="061B43"/>
              <w:sz w:val="15"/>
            </w:rPr>
            <w:fldChar w:fldCharType="begin"/>
          </w:r>
          <w:r>
            <w:rPr>
              <w:b/>
              <w:color w:val="061B43"/>
              <w:sz w:val="15"/>
            </w:rPr>
            <w:instrText>PAGE</w:instrText>
          </w:r>
          <w:r>
            <w:rPr>
              <w:b/>
              <w:color w:val="061B43"/>
              <w:sz w:val="15"/>
            </w:rPr>
            <w:fldChar w:fldCharType="separate"/>
          </w:r>
          <w:r>
            <w:rPr>
              <w:b/>
              <w:color w:val="061B43"/>
              <w:sz w:val="15"/>
            </w:rPr>
            <w:t>1</w:t>
          </w:r>
          <w:r>
            <w:rPr>
              <w:b/>
              <w:color w:val="061B43"/>
              <w:sz w:val="15"/>
            </w:rPr>
            <w:fldChar w:fldCharType="end"/>
          </w:r>
          <w:r>
            <w:rPr>
              <w:color w:val="5B6473"/>
              <w:sz w:val="15"/>
            </w:rPr>
            <w:t xml:space="preserve"> de </w:t>
          </w:r>
          <w:r>
            <w:rPr>
              <w:b/>
              <w:color w:val="061B43"/>
              <w:sz w:val="15"/>
            </w:rPr>
            <w:fldChar w:fldCharType="begin"/>
          </w:r>
          <w:r>
            <w:rPr>
              <w:b/>
              <w:color w:val="061B43"/>
              <w:sz w:val="15"/>
            </w:rPr>
            <w:instrText>NUMPAGES</w:instrText>
          </w:r>
          <w:r>
            <w:rPr>
              <w:b/>
              <w:color w:val="061B43"/>
              <w:sz w:val="15"/>
            </w:rPr>
            <w:fldChar w:fldCharType="separate"/>
          </w:r>
          <w:r>
            <w:rPr>
              <w:b/>
              <w:color w:val="061B43"/>
              <w:sz w:val="15"/>
            </w:rPr>
            <w:t>1</w:t>
          </w:r>
          <w:r>
            <w:rPr>
              <w:b/>
              <w:color w:val="061B43"/>
              <w:sz w:val="15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C8F7" w14:textId="77777777" w:rsidR="00E029A6" w:rsidRDefault="00E02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CC7C4" w14:textId="77777777" w:rsidR="008F1435" w:rsidRDefault="008F1435">
      <w:pPr>
        <w:spacing w:after="0" w:line="240" w:lineRule="auto"/>
      </w:pPr>
      <w:r>
        <w:separator/>
      </w:r>
    </w:p>
  </w:footnote>
  <w:footnote w:type="continuationSeparator" w:id="0">
    <w:p w14:paraId="7BED264A" w14:textId="77777777" w:rsidR="008F1435" w:rsidRDefault="008F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792"/>
      <w:gridCol w:w="5688"/>
      <w:gridCol w:w="2160"/>
    </w:tblGrid>
    <w:tr w:rsidR="00E029A6" w14:paraId="54B0029B" w14:textId="77777777">
      <w:trPr>
        <w:jc w:val="center"/>
      </w:trPr>
      <w:tc>
        <w:tcPr>
          <w:tcW w:w="792" w:type="dxa"/>
          <w:shd w:val="clear" w:color="auto" w:fill="061B43"/>
          <w:tcMar>
            <w:top w:w="20" w:type="dxa"/>
            <w:left w:w="45" w:type="dxa"/>
            <w:bottom w:w="20" w:type="dxa"/>
            <w:right w:w="45" w:type="dxa"/>
          </w:tcMar>
          <w:vAlign w:val="center"/>
        </w:tcPr>
        <w:p w14:paraId="60BDEDF4" w14:textId="77777777" w:rsidR="00E029A6" w:rsidRDefault="00000000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1A5736E4" wp14:editId="1EE18BE4">
                <wp:extent cx="310896" cy="3108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astiao_circula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896" cy="310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shd w:val="clear" w:color="auto" w:fill="061B43"/>
          <w:tcMar>
            <w:top w:w="20" w:type="dxa"/>
            <w:left w:w="45" w:type="dxa"/>
            <w:bottom w:w="20" w:type="dxa"/>
            <w:right w:w="45" w:type="dxa"/>
          </w:tcMar>
          <w:vAlign w:val="center"/>
        </w:tcPr>
        <w:p w14:paraId="715E91DD" w14:textId="77777777" w:rsidR="00E029A6" w:rsidRDefault="00000000">
          <w:pPr>
            <w:spacing w:after="0"/>
            <w:jc w:val="center"/>
          </w:pPr>
          <w:r>
            <w:rPr>
              <w:b/>
              <w:color w:val="FFFFFF"/>
              <w:sz w:val="16"/>
            </w:rPr>
            <w:t xml:space="preserve">REGULAMENTO </w:t>
          </w:r>
          <w:proofErr w:type="gramStart"/>
          <w:r>
            <w:rPr>
              <w:b/>
              <w:color w:val="FFFFFF"/>
              <w:sz w:val="16"/>
            </w:rPr>
            <w:t>OFICIAL  •</w:t>
          </w:r>
          <w:proofErr w:type="gramEnd"/>
          <w:r>
            <w:rPr>
              <w:b/>
              <w:color w:val="FFFFFF"/>
              <w:sz w:val="16"/>
            </w:rPr>
            <w:t xml:space="preserve">  II EDIÇÃO 2026</w:t>
          </w:r>
        </w:p>
      </w:tc>
      <w:tc>
        <w:tcPr>
          <w:tcW w:w="2160" w:type="dxa"/>
          <w:shd w:val="clear" w:color="auto" w:fill="061B43"/>
          <w:tcMar>
            <w:top w:w="20" w:type="dxa"/>
            <w:left w:w="45" w:type="dxa"/>
            <w:bottom w:w="20" w:type="dxa"/>
            <w:right w:w="45" w:type="dxa"/>
          </w:tcMar>
          <w:vAlign w:val="center"/>
        </w:tcPr>
        <w:p w14:paraId="540EBE86" w14:textId="77777777" w:rsidR="00E029A6" w:rsidRDefault="00000000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4DC0731C" wp14:editId="6B0CC55F">
                <wp:extent cx="1143000" cy="35106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driano_banner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51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6679" w14:textId="77777777" w:rsidR="00E029A6" w:rsidRDefault="00E0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711804"/>
    <w:multiLevelType w:val="hybridMultilevel"/>
    <w:tmpl w:val="C73CD94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7B025D88"/>
    <w:multiLevelType w:val="hybridMultilevel"/>
    <w:tmpl w:val="00D2E880"/>
    <w:lvl w:ilvl="0" w:tplc="0416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2143962728">
    <w:abstractNumId w:val="8"/>
  </w:num>
  <w:num w:numId="2" w16cid:durableId="1146312443">
    <w:abstractNumId w:val="6"/>
  </w:num>
  <w:num w:numId="3" w16cid:durableId="638145601">
    <w:abstractNumId w:val="5"/>
  </w:num>
  <w:num w:numId="4" w16cid:durableId="202403235">
    <w:abstractNumId w:val="4"/>
  </w:num>
  <w:num w:numId="5" w16cid:durableId="1501311946">
    <w:abstractNumId w:val="7"/>
  </w:num>
  <w:num w:numId="6" w16cid:durableId="2000577738">
    <w:abstractNumId w:val="3"/>
  </w:num>
  <w:num w:numId="7" w16cid:durableId="1161853305">
    <w:abstractNumId w:val="2"/>
  </w:num>
  <w:num w:numId="8" w16cid:durableId="175654950">
    <w:abstractNumId w:val="1"/>
  </w:num>
  <w:num w:numId="9" w16cid:durableId="801461066">
    <w:abstractNumId w:val="0"/>
  </w:num>
  <w:num w:numId="10" w16cid:durableId="357975578">
    <w:abstractNumId w:val="9"/>
  </w:num>
  <w:num w:numId="11" w16cid:durableId="933049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36C"/>
    <w:rsid w:val="00034616"/>
    <w:rsid w:val="0006063C"/>
    <w:rsid w:val="000E69D9"/>
    <w:rsid w:val="00103274"/>
    <w:rsid w:val="0015074B"/>
    <w:rsid w:val="00161A7D"/>
    <w:rsid w:val="00223271"/>
    <w:rsid w:val="00250BBF"/>
    <w:rsid w:val="0029639D"/>
    <w:rsid w:val="002E0CDF"/>
    <w:rsid w:val="003000B6"/>
    <w:rsid w:val="00326F90"/>
    <w:rsid w:val="00392D34"/>
    <w:rsid w:val="003C088F"/>
    <w:rsid w:val="003F6EE4"/>
    <w:rsid w:val="00404791"/>
    <w:rsid w:val="004162E0"/>
    <w:rsid w:val="00456B82"/>
    <w:rsid w:val="004610AB"/>
    <w:rsid w:val="00485427"/>
    <w:rsid w:val="00491A73"/>
    <w:rsid w:val="007277E4"/>
    <w:rsid w:val="007A75DF"/>
    <w:rsid w:val="00815BAB"/>
    <w:rsid w:val="008434EF"/>
    <w:rsid w:val="008F1435"/>
    <w:rsid w:val="00957025"/>
    <w:rsid w:val="00991BF2"/>
    <w:rsid w:val="00AA1D8D"/>
    <w:rsid w:val="00B47730"/>
    <w:rsid w:val="00BC60CD"/>
    <w:rsid w:val="00CB0664"/>
    <w:rsid w:val="00CF40F1"/>
    <w:rsid w:val="00D91C76"/>
    <w:rsid w:val="00DD3E28"/>
    <w:rsid w:val="00DD41DA"/>
    <w:rsid w:val="00DE098E"/>
    <w:rsid w:val="00E029A6"/>
    <w:rsid w:val="00E06B45"/>
    <w:rsid w:val="00E72C2D"/>
    <w:rsid w:val="00EC004A"/>
    <w:rsid w:val="00F76CC8"/>
    <w:rsid w:val="00F83FF4"/>
    <w:rsid w:val="00FA29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D2920"/>
  <w14:defaultImageDpi w14:val="300"/>
  <w15:docId w15:val="{F5B3279E-E15E-4D36-9ED2-4A41CA0D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basedOn w:val="Normal"/>
    <w:uiPriority w:val="1"/>
    <w:qFormat/>
    <w:rsid w:val="00F83FF4"/>
    <w:pPr>
      <w:widowControl w:val="0"/>
      <w:spacing w:after="0" w:line="240" w:lineRule="auto"/>
    </w:pPr>
    <w:rPr>
      <w:rFonts w:ascii="Arial Narrow" w:eastAsia="Arial Narrow" w:hAnsi="Arial Narrow"/>
      <w:sz w:val="28"/>
      <w:szCs w:val="2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3484</Words>
  <Characters>18817</Characters>
  <Application>Microsoft Office Word</Application>
  <DocSecurity>0</DocSecurity>
  <Lines>156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Geral Oficial – BASTIÃO RUN AMANHECER 2026 – II Edição</dc:title>
  <dc:subject>Regulamento oficial da corrida de 5 km e 10 km</dc:subject>
  <dc:creator>Organização BASTIÃO RUN</dc:creator>
  <cp:keywords>BASTIÃO RUN, corrida de rua, regulamento, 2026, São Sebastião do Passé</cp:keywords>
  <dc:description>generated by python-docx</dc:description>
  <cp:lastModifiedBy>Adriano Andrade de Oliveira</cp:lastModifiedBy>
  <cp:revision>14</cp:revision>
  <dcterms:created xsi:type="dcterms:W3CDTF">2026-07-17T14:01:00Z</dcterms:created>
  <dcterms:modified xsi:type="dcterms:W3CDTF">2026-07-20T11:55:00Z</dcterms:modified>
  <cp:category/>
</cp:coreProperties>
</file>